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5574F" w14:textId="69AA51E3" w:rsidR="00710D8D" w:rsidRPr="00710D8D" w:rsidRDefault="00AF4B5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4"/>
        </w:rPr>
      </w:pPr>
      <w:r>
        <w:rPr>
          <w:rFonts w:ascii="Calibri" w:hAnsi="Calibri" w:cs="Calibri"/>
          <w:noProof/>
          <w:sz w:val="21"/>
          <w:szCs w:val="21"/>
        </w:rPr>
        <w:drawing>
          <wp:anchor distT="0" distB="0" distL="114300" distR="114300" simplePos="0" relativeHeight="251659264" behindDoc="0" locked="0" layoutInCell="1" allowOverlap="1" wp14:anchorId="1C368B36" wp14:editId="0C0AB178">
            <wp:simplePos x="0" y="0"/>
            <wp:positionH relativeFrom="margin">
              <wp:posOffset>5933440</wp:posOffset>
            </wp:positionH>
            <wp:positionV relativeFrom="paragraph">
              <wp:posOffset>5938</wp:posOffset>
            </wp:positionV>
            <wp:extent cx="1095375" cy="1233170"/>
            <wp:effectExtent l="0" t="0" r="9525" b="508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095375" cy="1233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0D8D" w:rsidRPr="00710D8D"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4"/>
        </w:rPr>
        <w:t>EMRE ARINÇ</w:t>
      </w:r>
    </w:p>
    <w:p w14:paraId="47D33E6D" w14:textId="264C3A35" w:rsidR="00710D8D" w:rsidRDefault="00710D8D" w:rsidP="00453E51">
      <w:pPr>
        <w:pBdr>
          <w:bottom w:val="single" w:sz="6" w:space="1" w:color="auto"/>
        </w:pBd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IT &amp; Software Development Specialist | Cybersecurity-Oriented Technology Professional</w:t>
      </w:r>
    </w:p>
    <w:p w14:paraId="445F5F36" w14:textId="77777777" w:rsidR="00D90EB4" w:rsidRDefault="00D90EB4" w:rsidP="00453E51">
      <w:pPr>
        <w:pBdr>
          <w:bottom w:val="single" w:sz="6" w:space="1" w:color="auto"/>
        </w:pBd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</w:pPr>
    </w:p>
    <w:p w14:paraId="532760F9" w14:textId="77777777" w:rsidR="00D90EB4" w:rsidRPr="00D90EB4" w:rsidRDefault="00D90EB4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</w:pPr>
    </w:p>
    <w:p w14:paraId="73DB90A5" w14:textId="35921F09" w:rsidR="00710D8D" w:rsidRPr="00710D8D" w:rsidRDefault="00710D8D" w:rsidP="00453E51">
      <w:pPr>
        <w:spacing w:line="240" w:lineRule="auto"/>
        <w:rPr>
          <w:lang w:val="tr-TR" w:eastAsia="tr-TR"/>
        </w:rPr>
      </w:pPr>
      <w:r w:rsidRPr="00710D8D">
        <w:rPr>
          <w:rFonts w:asciiTheme="majorHAnsi" w:hAnsiTheme="majorHAnsi" w:cstheme="majorBidi"/>
          <w:color w:val="17365D" w:themeColor="text2" w:themeShade="BF"/>
          <w:sz w:val="23"/>
          <w:szCs w:val="24"/>
        </w:rPr>
        <w:t xml:space="preserve">Bursa, Türkiye | +90 (506) 122 50 80 | emreearinc@gmail.com | </w:t>
      </w:r>
      <w:hyperlink r:id="rId7" w:history="1">
        <w:r w:rsidR="0093528B" w:rsidRPr="00783875">
          <w:rPr>
            <w:rStyle w:val="Kpr"/>
            <w:rFonts w:asciiTheme="majorHAnsi" w:hAnsiTheme="majorHAnsi" w:cstheme="majorBidi"/>
            <w:color w:val="17365D" w:themeColor="text2" w:themeShade="BF"/>
            <w:sz w:val="23"/>
            <w:szCs w:val="24"/>
          </w:rPr>
          <w:t>LinkedIn</w:t>
        </w:r>
      </w:hyperlink>
      <w:r w:rsidR="0093528B" w:rsidRPr="00783875">
        <w:rPr>
          <w:rFonts w:asciiTheme="majorHAnsi" w:hAnsiTheme="majorHAnsi" w:cstheme="majorBidi"/>
          <w:color w:val="17365D" w:themeColor="text2" w:themeShade="BF"/>
          <w:sz w:val="23"/>
          <w:szCs w:val="24"/>
        </w:rPr>
        <w:t xml:space="preserve"> | </w:t>
      </w:r>
      <w:hyperlink r:id="rId8" w:history="1">
        <w:r w:rsidR="0093528B" w:rsidRPr="00783875">
          <w:rPr>
            <w:rStyle w:val="Kpr"/>
            <w:rFonts w:asciiTheme="majorHAnsi" w:hAnsiTheme="majorHAnsi" w:cstheme="majorBidi"/>
            <w:color w:val="17365D" w:themeColor="text2" w:themeShade="BF"/>
            <w:sz w:val="23"/>
            <w:szCs w:val="24"/>
          </w:rPr>
          <w:t>GitHub</w:t>
        </w:r>
      </w:hyperlink>
    </w:p>
    <w:p w14:paraId="65535B5B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PROFESSIONAL SUMMARY</w:t>
      </w:r>
    </w:p>
    <w:p w14:paraId="49E4B1D0" w14:textId="41E427C7" w:rsidR="00710D8D" w:rsidRPr="00710D8D" w:rsidRDefault="00710D8D" w:rsidP="00453E51">
      <w:pPr>
        <w:spacing w:after="0"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Extensive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technical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experience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has </w:t>
      </w:r>
      <w:proofErr w:type="spellStart"/>
      <w:r w:rsidRPr="00710D8D">
        <w:rPr>
          <w:rFonts w:ascii="Calibri" w:hAnsi="Calibri" w:cs="Calibri"/>
          <w:lang w:val="tr-TR" w:eastAsia="tr-TR"/>
        </w:rPr>
        <w:t>been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gained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IT </w:t>
      </w:r>
      <w:proofErr w:type="spellStart"/>
      <w:r w:rsidRPr="00710D8D">
        <w:rPr>
          <w:rFonts w:ascii="Calibri" w:hAnsi="Calibri" w:cs="Calibri"/>
          <w:lang w:val="tr-TR" w:eastAsia="tr-TR"/>
        </w:rPr>
        <w:t>infrastructures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network </w:t>
      </w:r>
      <w:proofErr w:type="spellStart"/>
      <w:r w:rsidRPr="00710D8D">
        <w:rPr>
          <w:rFonts w:ascii="Calibri" w:hAnsi="Calibri" w:cs="Calibri"/>
          <w:lang w:val="tr-TR" w:eastAsia="tr-TR"/>
        </w:rPr>
        <w:t>administration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software </w:t>
      </w:r>
      <w:proofErr w:type="spellStart"/>
      <w:r w:rsidRPr="00710D8D">
        <w:rPr>
          <w:rFonts w:ascii="Calibri" w:hAnsi="Calibri" w:cs="Calibri"/>
          <w:lang w:val="tr-TR" w:eastAsia="tr-TR"/>
        </w:rPr>
        <w:t>development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R&amp;D </w:t>
      </w:r>
      <w:proofErr w:type="spellStart"/>
      <w:r w:rsidRPr="00710D8D">
        <w:rPr>
          <w:rFonts w:ascii="Calibri" w:hAnsi="Calibri" w:cs="Calibri"/>
          <w:lang w:val="tr-TR" w:eastAsia="tr-TR"/>
        </w:rPr>
        <w:t>projects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automation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. </w:t>
      </w:r>
      <w:proofErr w:type="spellStart"/>
      <w:r w:rsidRPr="00710D8D">
        <w:rPr>
          <w:rFonts w:ascii="Calibri" w:hAnsi="Calibri" w:cs="Calibri"/>
          <w:lang w:val="tr-TR" w:eastAsia="tr-TR"/>
        </w:rPr>
        <w:t>Comprehensive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work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has </w:t>
      </w:r>
      <w:proofErr w:type="spellStart"/>
      <w:r w:rsidRPr="00710D8D">
        <w:rPr>
          <w:rFonts w:ascii="Calibri" w:hAnsi="Calibri" w:cs="Calibri"/>
          <w:lang w:val="tr-TR" w:eastAsia="tr-TR"/>
        </w:rPr>
        <w:t>been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conducted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</w:t>
      </w:r>
      <w:proofErr w:type="spellStart"/>
      <w:r w:rsidRPr="00710D8D">
        <w:rPr>
          <w:rFonts w:ascii="Calibri" w:hAnsi="Calibri" w:cs="Calibri"/>
          <w:lang w:val="tr-TR" w:eastAsia="tr-TR"/>
        </w:rPr>
        <w:t>core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IT </w:t>
      </w:r>
      <w:proofErr w:type="spellStart"/>
      <w:r w:rsidRPr="00710D8D">
        <w:rPr>
          <w:rFonts w:ascii="Calibri" w:hAnsi="Calibri" w:cs="Calibri"/>
          <w:lang w:val="tr-TR" w:eastAsia="tr-TR"/>
        </w:rPr>
        <w:t>operations</w:t>
      </w:r>
      <w:proofErr w:type="spellEnd"/>
      <w:r w:rsidR="0093528B">
        <w:rPr>
          <w:rFonts w:ascii="Calibri" w:hAnsi="Calibri" w:cs="Calibri"/>
          <w:lang w:val="tr-TR" w:eastAsia="tr-TR"/>
        </w:rPr>
        <w:t>,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including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administration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Active Directory, Windows Server, </w:t>
      </w:r>
      <w:proofErr w:type="spellStart"/>
      <w:r w:rsidRPr="00710D8D">
        <w:rPr>
          <w:rFonts w:ascii="Calibri" w:hAnsi="Calibri" w:cs="Calibri"/>
          <w:lang w:val="tr-TR" w:eastAsia="tr-TR"/>
        </w:rPr>
        <w:t>backup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structures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 </w:t>
      </w:r>
      <w:proofErr w:type="spellStart"/>
      <w:r w:rsidRPr="00710D8D">
        <w:rPr>
          <w:rFonts w:ascii="Calibri" w:hAnsi="Calibri" w:cs="Calibri"/>
          <w:lang w:val="tr-TR" w:eastAsia="tr-TR"/>
        </w:rPr>
        <w:t>configuration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. </w:t>
      </w:r>
      <w:proofErr w:type="spellStart"/>
      <w:r w:rsidRPr="00710D8D">
        <w:rPr>
          <w:rFonts w:ascii="Calibri" w:hAnsi="Calibri" w:cs="Calibri"/>
          <w:lang w:val="tr-TR" w:eastAsia="tr-TR"/>
        </w:rPr>
        <w:t>Additionally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software </w:t>
      </w:r>
      <w:proofErr w:type="spellStart"/>
      <w:r w:rsidRPr="00710D8D">
        <w:rPr>
          <w:rFonts w:ascii="Calibri" w:hAnsi="Calibri" w:cs="Calibri"/>
          <w:lang w:val="tr-TR" w:eastAsia="tr-TR"/>
        </w:rPr>
        <w:t>development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within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R&amp;D </w:t>
      </w:r>
      <w:proofErr w:type="spellStart"/>
      <w:r w:rsidRPr="00710D8D">
        <w:rPr>
          <w:rFonts w:ascii="Calibri" w:hAnsi="Calibri" w:cs="Calibri"/>
          <w:lang w:val="tr-TR" w:eastAsia="tr-TR"/>
        </w:rPr>
        <w:t>environments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="0093528B">
        <w:rPr>
          <w:rFonts w:ascii="Calibri" w:hAnsi="Calibri" w:cs="Calibri"/>
          <w:lang w:val="tr-TR" w:eastAsia="tr-TR"/>
        </w:rPr>
        <w:t>customization</w:t>
      </w:r>
      <w:proofErr w:type="spellEnd"/>
      <w:r w:rsidR="0093528B">
        <w:rPr>
          <w:rFonts w:ascii="Calibri" w:hAnsi="Calibri" w:cs="Calibri"/>
          <w:lang w:val="tr-TR" w:eastAsia="tr-TR"/>
        </w:rPr>
        <w:t xml:space="preserve"> of SQL-</w:t>
      </w:r>
      <w:proofErr w:type="spellStart"/>
      <w:r w:rsidR="0093528B">
        <w:rPr>
          <w:rFonts w:ascii="Calibri" w:hAnsi="Calibri" w:cs="Calibri"/>
          <w:lang w:val="tr-TR" w:eastAsia="tr-TR"/>
        </w:rPr>
        <w:t>based</w:t>
      </w:r>
      <w:proofErr w:type="spellEnd"/>
      <w:r w:rsidR="0093528B">
        <w:rPr>
          <w:rFonts w:ascii="Calibri" w:hAnsi="Calibri" w:cs="Calibri"/>
          <w:lang w:val="tr-TR" w:eastAsia="tr-TR"/>
        </w:rPr>
        <w:t xml:space="preserve"> ERP </w:t>
      </w:r>
      <w:proofErr w:type="spellStart"/>
      <w:r w:rsidR="0093528B">
        <w:rPr>
          <w:rFonts w:ascii="Calibri" w:hAnsi="Calibri" w:cs="Calibri"/>
          <w:lang w:val="tr-TR" w:eastAsia="tr-TR"/>
        </w:rPr>
        <w:t>modules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mobile </w:t>
      </w:r>
      <w:proofErr w:type="spellStart"/>
      <w:r w:rsidRPr="00710D8D">
        <w:rPr>
          <w:rFonts w:ascii="Calibri" w:hAnsi="Calibri" w:cs="Calibri"/>
          <w:lang w:val="tr-TR" w:eastAsia="tr-TR"/>
        </w:rPr>
        <w:t>application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development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AI-</w:t>
      </w:r>
      <w:proofErr w:type="spellStart"/>
      <w:r w:rsidRPr="00710D8D">
        <w:rPr>
          <w:rFonts w:ascii="Calibri" w:hAnsi="Calibri" w:cs="Calibri"/>
          <w:lang w:val="tr-TR" w:eastAsia="tr-TR"/>
        </w:rPr>
        <w:t>assisted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automation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have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been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carried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out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58646C9" w14:textId="6B031E95" w:rsidR="00710D8D" w:rsidRPr="00710D8D" w:rsidRDefault="00710D8D" w:rsidP="00453E51">
      <w:pPr>
        <w:spacing w:after="0"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Although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professional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experience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</w:t>
      </w:r>
      <w:proofErr w:type="spellStart"/>
      <w:r w:rsidRPr="00710D8D">
        <w:rPr>
          <w:rFonts w:ascii="Calibri" w:hAnsi="Calibri" w:cs="Calibri"/>
          <w:lang w:val="tr-TR" w:eastAsia="tr-TR"/>
        </w:rPr>
        <w:t>cybersecurity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is </w:t>
      </w:r>
      <w:proofErr w:type="spellStart"/>
      <w:r w:rsidRPr="00710D8D">
        <w:rPr>
          <w:rFonts w:ascii="Calibri" w:hAnsi="Calibri" w:cs="Calibri"/>
          <w:lang w:val="tr-TR" w:eastAsia="tr-TR"/>
        </w:rPr>
        <w:t>limited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a </w:t>
      </w:r>
      <w:proofErr w:type="spellStart"/>
      <w:r w:rsidRPr="00710D8D">
        <w:rPr>
          <w:rFonts w:ascii="Calibri" w:hAnsi="Calibri" w:cs="Calibri"/>
          <w:lang w:val="tr-TR" w:eastAsia="tr-TR"/>
        </w:rPr>
        <w:t>strong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foundation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has </w:t>
      </w:r>
      <w:proofErr w:type="spellStart"/>
      <w:r w:rsidRPr="00710D8D">
        <w:rPr>
          <w:rFonts w:ascii="Calibri" w:hAnsi="Calibri" w:cs="Calibri"/>
          <w:lang w:val="tr-TR" w:eastAsia="tr-TR"/>
        </w:rPr>
        <w:t>been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established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through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r w:rsidR="0093528B">
        <w:rPr>
          <w:rFonts w:ascii="Calibri" w:hAnsi="Calibri" w:cs="Calibri"/>
          <w:lang w:val="tr-TR" w:eastAsia="tr-TR"/>
        </w:rPr>
        <w:t xml:space="preserve">a background in IT </w:t>
      </w:r>
      <w:proofErr w:type="spellStart"/>
      <w:r w:rsidR="0093528B">
        <w:rPr>
          <w:rFonts w:ascii="Calibri" w:hAnsi="Calibri" w:cs="Calibri"/>
          <w:lang w:val="tr-TR" w:eastAsia="tr-TR"/>
        </w:rPr>
        <w:t>infrastructure</w:t>
      </w:r>
      <w:proofErr w:type="spellEnd"/>
      <w:r w:rsidR="0093528B">
        <w:rPr>
          <w:rFonts w:ascii="Calibri" w:hAnsi="Calibri" w:cs="Calibri"/>
          <w:lang w:val="tr-TR" w:eastAsia="tr-TR"/>
        </w:rPr>
        <w:t xml:space="preserve"> </w:t>
      </w:r>
      <w:proofErr w:type="spellStart"/>
      <w:r w:rsidR="0093528B">
        <w:rPr>
          <w:rFonts w:ascii="Calibri" w:hAnsi="Calibri" w:cs="Calibri"/>
          <w:lang w:val="tr-TR" w:eastAsia="tr-TR"/>
        </w:rPr>
        <w:t>and</w:t>
      </w:r>
      <w:proofErr w:type="spellEnd"/>
      <w:r w:rsidR="0093528B">
        <w:rPr>
          <w:rFonts w:ascii="Calibri" w:hAnsi="Calibri" w:cs="Calibri"/>
          <w:lang w:val="tr-TR" w:eastAsia="tr-TR"/>
        </w:rPr>
        <w:t xml:space="preserve"> network </w:t>
      </w:r>
      <w:proofErr w:type="spellStart"/>
      <w:r w:rsidR="0093528B">
        <w:rPr>
          <w:rFonts w:ascii="Calibri" w:hAnsi="Calibri" w:cs="Calibri"/>
          <w:lang w:val="tr-TR" w:eastAsia="tr-TR"/>
        </w:rPr>
        <w:t>administration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. </w:t>
      </w:r>
      <w:proofErr w:type="spellStart"/>
      <w:r w:rsidRPr="00710D8D">
        <w:rPr>
          <w:rFonts w:ascii="Calibri" w:hAnsi="Calibri" w:cs="Calibri"/>
          <w:lang w:val="tr-TR" w:eastAsia="tr-TR"/>
        </w:rPr>
        <w:t>For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this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reason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continuous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learning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efforts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</w:t>
      </w:r>
      <w:proofErr w:type="spellStart"/>
      <w:r w:rsidRPr="00710D8D">
        <w:rPr>
          <w:rFonts w:ascii="Calibri" w:hAnsi="Calibri" w:cs="Calibri"/>
          <w:lang w:val="tr-TR" w:eastAsia="tr-TR"/>
        </w:rPr>
        <w:t>progress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SOC </w:t>
      </w:r>
      <w:proofErr w:type="spellStart"/>
      <w:r w:rsidRPr="00710D8D">
        <w:rPr>
          <w:rFonts w:ascii="Calibri" w:hAnsi="Calibri" w:cs="Calibri"/>
          <w:lang w:val="tr-TR" w:eastAsia="tr-TR"/>
        </w:rPr>
        <w:t>workflows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basic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tools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log </w:t>
      </w:r>
      <w:proofErr w:type="spellStart"/>
      <w:r w:rsidRPr="00710D8D">
        <w:rPr>
          <w:rFonts w:ascii="Calibri" w:hAnsi="Calibri" w:cs="Calibri"/>
          <w:lang w:val="tr-TR" w:eastAsia="tr-TR"/>
        </w:rPr>
        <w:t>analysis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network </w:t>
      </w:r>
      <w:proofErr w:type="spellStart"/>
      <w:r w:rsidRPr="00710D8D">
        <w:rPr>
          <w:rFonts w:ascii="Calibri" w:hAnsi="Calibri" w:cs="Calibri"/>
          <w:lang w:val="tr-TR" w:eastAsia="tr-TR"/>
        </w:rPr>
        <w:t>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fundamentals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modern </w:t>
      </w:r>
      <w:proofErr w:type="spellStart"/>
      <w:r w:rsidRPr="00710D8D">
        <w:rPr>
          <w:rFonts w:ascii="Calibri" w:hAnsi="Calibri" w:cs="Calibri"/>
          <w:lang w:val="tr-TR" w:eastAsia="tr-TR"/>
        </w:rPr>
        <w:t>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protocols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technical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competencies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</w:t>
      </w:r>
      <w:proofErr w:type="spellStart"/>
      <w:r w:rsidRPr="00710D8D">
        <w:rPr>
          <w:rFonts w:ascii="Calibri" w:hAnsi="Calibri" w:cs="Calibri"/>
          <w:lang w:val="tr-TR" w:eastAsia="tr-TR"/>
        </w:rPr>
        <w:t>these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areas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actively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being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improved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B567F22" w14:textId="77777777" w:rsidR="00710D8D" w:rsidRPr="00710D8D" w:rsidRDefault="00710D8D" w:rsidP="00453E51">
      <w:p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Analytical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thinking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rapid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adaptation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problem-</w:t>
      </w:r>
      <w:proofErr w:type="spellStart"/>
      <w:r w:rsidRPr="00710D8D">
        <w:rPr>
          <w:rFonts w:ascii="Calibri" w:hAnsi="Calibri" w:cs="Calibri"/>
          <w:lang w:val="tr-TR" w:eastAsia="tr-TR"/>
        </w:rPr>
        <w:t>solving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capabilities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have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contributed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to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effective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performance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</w:t>
      </w:r>
      <w:proofErr w:type="spellStart"/>
      <w:r w:rsidRPr="00710D8D">
        <w:rPr>
          <w:rFonts w:ascii="Calibri" w:hAnsi="Calibri" w:cs="Calibri"/>
          <w:lang w:val="tr-TR" w:eastAsia="tr-TR"/>
        </w:rPr>
        <w:t>multidisciplinary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technical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environments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. </w:t>
      </w:r>
      <w:proofErr w:type="spellStart"/>
      <w:r w:rsidRPr="00710D8D">
        <w:rPr>
          <w:rFonts w:ascii="Calibri" w:hAnsi="Calibri" w:cs="Calibri"/>
          <w:lang w:val="tr-TR" w:eastAsia="tr-TR"/>
        </w:rPr>
        <w:t>This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background is </w:t>
      </w:r>
      <w:proofErr w:type="spellStart"/>
      <w:r w:rsidRPr="00710D8D">
        <w:rPr>
          <w:rFonts w:ascii="Calibri" w:hAnsi="Calibri" w:cs="Calibri"/>
          <w:lang w:val="tr-TR" w:eastAsia="tr-TR"/>
        </w:rPr>
        <w:t>considered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suitable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transitioning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into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entry-level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cybersecurity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roles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such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as SOC </w:t>
      </w:r>
      <w:proofErr w:type="spellStart"/>
      <w:r w:rsidRPr="00710D8D">
        <w:rPr>
          <w:rFonts w:ascii="Calibri" w:hAnsi="Calibri" w:cs="Calibri"/>
          <w:lang w:val="tr-TR" w:eastAsia="tr-TR"/>
        </w:rPr>
        <w:t>Analyst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IT Security </w:t>
      </w:r>
      <w:proofErr w:type="spellStart"/>
      <w:r w:rsidRPr="00710D8D">
        <w:rPr>
          <w:rFonts w:ascii="Calibri" w:hAnsi="Calibri" w:cs="Calibri"/>
          <w:lang w:val="tr-TR" w:eastAsia="tr-TR"/>
        </w:rPr>
        <w:t>Support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Network/Security </w:t>
      </w:r>
      <w:proofErr w:type="spellStart"/>
      <w:r w:rsidRPr="00710D8D">
        <w:rPr>
          <w:rFonts w:ascii="Calibri" w:hAnsi="Calibri" w:cs="Calibri"/>
          <w:lang w:val="tr-TR" w:eastAsia="tr-TR"/>
        </w:rPr>
        <w:t>Technician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positions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. A </w:t>
      </w:r>
      <w:proofErr w:type="spellStart"/>
      <w:r w:rsidRPr="00710D8D">
        <w:rPr>
          <w:rFonts w:ascii="Calibri" w:hAnsi="Calibri" w:cs="Calibri"/>
          <w:lang w:val="tr-TR" w:eastAsia="tr-TR"/>
        </w:rPr>
        <w:t>strong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motivation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is </w:t>
      </w:r>
      <w:proofErr w:type="spellStart"/>
      <w:r w:rsidRPr="00710D8D">
        <w:rPr>
          <w:rFonts w:ascii="Calibri" w:hAnsi="Calibri" w:cs="Calibri"/>
          <w:lang w:val="tr-TR" w:eastAsia="tr-TR"/>
        </w:rPr>
        <w:t>maintained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to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specialize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in </w:t>
      </w:r>
      <w:proofErr w:type="spellStart"/>
      <w:r w:rsidRPr="00710D8D">
        <w:rPr>
          <w:rFonts w:ascii="Calibri" w:hAnsi="Calibri" w:cs="Calibri"/>
          <w:lang w:val="tr-TR" w:eastAsia="tr-TR"/>
        </w:rPr>
        <w:t>information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with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a </w:t>
      </w:r>
      <w:proofErr w:type="spellStart"/>
      <w:r w:rsidRPr="00710D8D">
        <w:rPr>
          <w:rFonts w:ascii="Calibri" w:hAnsi="Calibri" w:cs="Calibri"/>
          <w:lang w:val="tr-TR" w:eastAsia="tr-TR"/>
        </w:rPr>
        <w:t>continuous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learning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mindset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1DDC056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AREAS OF EXPERTISE</w:t>
      </w:r>
    </w:p>
    <w:p w14:paraId="33285F69" w14:textId="77777777" w:rsidR="00710D8D" w:rsidRPr="00710D8D" w:rsidRDefault="00710D8D" w:rsidP="00453E51">
      <w:p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IT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Administration:</w:t>
      </w:r>
      <w:r w:rsidRPr="00710D8D">
        <w:rPr>
          <w:rFonts w:ascii="Calibri" w:hAnsi="Calibri" w:cs="Calibri"/>
          <w:lang w:val="tr-TR" w:eastAsia="tr-TR"/>
        </w:rPr>
        <w:t xml:space="preserve"> Windows Server, Active Directory, GPO, </w:t>
      </w:r>
      <w:proofErr w:type="spellStart"/>
      <w:r w:rsidRPr="00710D8D">
        <w:rPr>
          <w:rFonts w:ascii="Calibri" w:hAnsi="Calibri" w:cs="Calibri"/>
          <w:lang w:val="tr-TR" w:eastAsia="tr-TR"/>
        </w:rPr>
        <w:t>Backup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Management, </w:t>
      </w:r>
      <w:proofErr w:type="spellStart"/>
      <w:r w:rsidRPr="00710D8D">
        <w:rPr>
          <w:rFonts w:ascii="Calibri" w:hAnsi="Calibri" w:cs="Calibri"/>
          <w:lang w:val="tr-TR" w:eastAsia="tr-TR"/>
        </w:rPr>
        <w:t>Veeam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VMware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ESXi</w:t>
      </w:r>
      <w:proofErr w:type="spellEnd"/>
      <w:r w:rsidRPr="00710D8D">
        <w:rPr>
          <w:rFonts w:ascii="Calibri" w:hAnsi="Calibri" w:cs="Calibri"/>
          <w:lang w:val="tr-TR" w:eastAsia="tr-TR"/>
        </w:rPr>
        <w:br/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Cybersecurity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(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In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Progress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):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Fundamental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Cybersecurity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Principles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Log Analysis, SIEM </w:t>
      </w:r>
      <w:proofErr w:type="spellStart"/>
      <w:r w:rsidRPr="00710D8D">
        <w:rPr>
          <w:rFonts w:ascii="Calibri" w:hAnsi="Calibri" w:cs="Calibri"/>
          <w:lang w:val="tr-TR" w:eastAsia="tr-TR"/>
        </w:rPr>
        <w:t>Concepts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SOC </w:t>
      </w:r>
      <w:proofErr w:type="spellStart"/>
      <w:r w:rsidRPr="00710D8D">
        <w:rPr>
          <w:rFonts w:ascii="Calibri" w:hAnsi="Calibri" w:cs="Calibri"/>
          <w:lang w:val="tr-TR" w:eastAsia="tr-TR"/>
        </w:rPr>
        <w:t>Workflows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Security </w:t>
      </w:r>
      <w:proofErr w:type="spellStart"/>
      <w:r w:rsidRPr="00710D8D">
        <w:rPr>
          <w:rFonts w:ascii="Calibri" w:hAnsi="Calibri" w:cs="Calibri"/>
          <w:lang w:val="tr-TR" w:eastAsia="tr-TR"/>
        </w:rPr>
        <w:t>Policies</w:t>
      </w:r>
      <w:proofErr w:type="spellEnd"/>
      <w:r w:rsidRPr="00710D8D">
        <w:rPr>
          <w:rFonts w:ascii="Calibri" w:hAnsi="Calibri" w:cs="Calibri"/>
          <w:lang w:val="tr-TR" w:eastAsia="tr-TR"/>
        </w:rPr>
        <w:t>, Basic Network Security, Identity &amp; Access Management</w:t>
      </w:r>
      <w:r w:rsidRPr="00710D8D">
        <w:rPr>
          <w:rFonts w:ascii="Calibri" w:hAnsi="Calibri" w:cs="Calibri"/>
          <w:lang w:val="tr-TR" w:eastAsia="tr-TR"/>
        </w:rPr>
        <w:br/>
      </w:r>
      <w:r w:rsidRPr="00710D8D">
        <w:rPr>
          <w:rFonts w:ascii="Calibri" w:hAnsi="Calibri" w:cs="Calibri"/>
          <w:b/>
          <w:bCs/>
          <w:lang w:val="tr-TR" w:eastAsia="tr-TR"/>
        </w:rPr>
        <w:t>Network Administration:</w:t>
      </w:r>
      <w:r w:rsidRPr="00710D8D">
        <w:rPr>
          <w:rFonts w:ascii="Calibri" w:hAnsi="Calibri" w:cs="Calibri"/>
          <w:lang w:val="tr-TR" w:eastAsia="tr-TR"/>
        </w:rPr>
        <w:t xml:space="preserve"> Routing &amp; </w:t>
      </w:r>
      <w:proofErr w:type="spellStart"/>
      <w:r w:rsidRPr="00710D8D">
        <w:rPr>
          <w:rFonts w:ascii="Calibri" w:hAnsi="Calibri" w:cs="Calibri"/>
          <w:lang w:val="tr-TR" w:eastAsia="tr-TR"/>
        </w:rPr>
        <w:t>Switching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TCP/IP, VLAN, DHCP, DNS, NAT, Port Security, </w:t>
      </w:r>
      <w:proofErr w:type="spellStart"/>
      <w:r w:rsidRPr="00710D8D">
        <w:rPr>
          <w:rFonts w:ascii="Calibri" w:hAnsi="Calibri" w:cs="Calibri"/>
          <w:lang w:val="tr-TR" w:eastAsia="tr-TR"/>
        </w:rPr>
        <w:t>Troubleshooting</w:t>
      </w:r>
      <w:proofErr w:type="spellEnd"/>
      <w:r w:rsidRPr="00710D8D">
        <w:rPr>
          <w:rFonts w:ascii="Calibri" w:hAnsi="Calibri" w:cs="Calibri"/>
          <w:lang w:val="tr-TR" w:eastAsia="tr-TR"/>
        </w:rPr>
        <w:br/>
      </w:r>
      <w:r w:rsidRPr="00710D8D">
        <w:rPr>
          <w:rFonts w:ascii="Calibri" w:hAnsi="Calibri" w:cs="Calibri"/>
          <w:b/>
          <w:bCs/>
          <w:lang w:val="tr-TR" w:eastAsia="tr-TR"/>
        </w:rPr>
        <w:t>Software Development: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Flutter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Dart, Python, SQL, </w:t>
      </w:r>
      <w:proofErr w:type="spellStart"/>
      <w:r w:rsidRPr="00710D8D">
        <w:rPr>
          <w:rFonts w:ascii="Calibri" w:hAnsi="Calibri" w:cs="Calibri"/>
          <w:lang w:val="tr-TR" w:eastAsia="tr-TR"/>
        </w:rPr>
        <w:t>SQLite</w:t>
      </w:r>
      <w:proofErr w:type="spellEnd"/>
      <w:r w:rsidRPr="00710D8D">
        <w:rPr>
          <w:rFonts w:ascii="Calibri" w:hAnsi="Calibri" w:cs="Calibri"/>
          <w:lang w:val="tr-TR" w:eastAsia="tr-TR"/>
        </w:rPr>
        <w:t>, API Development, No-</w:t>
      </w:r>
      <w:proofErr w:type="spellStart"/>
      <w:r w:rsidRPr="00710D8D">
        <w:rPr>
          <w:rFonts w:ascii="Calibri" w:hAnsi="Calibri" w:cs="Calibri"/>
          <w:lang w:val="tr-TR" w:eastAsia="tr-TR"/>
        </w:rPr>
        <w:t>Code</w:t>
      </w:r>
      <w:proofErr w:type="spellEnd"/>
      <w:r w:rsidRPr="00710D8D">
        <w:rPr>
          <w:rFonts w:ascii="Calibri" w:hAnsi="Calibri" w:cs="Calibri"/>
          <w:lang w:val="tr-TR" w:eastAsia="tr-TR"/>
        </w:rPr>
        <w:t>/</w:t>
      </w:r>
      <w:proofErr w:type="spellStart"/>
      <w:r w:rsidRPr="00710D8D">
        <w:rPr>
          <w:rFonts w:ascii="Calibri" w:hAnsi="Calibri" w:cs="Calibri"/>
          <w:lang w:val="tr-TR" w:eastAsia="tr-TR"/>
        </w:rPr>
        <w:t>Low-Code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Development, </w:t>
      </w:r>
      <w:proofErr w:type="spellStart"/>
      <w:r w:rsidRPr="00710D8D">
        <w:rPr>
          <w:rFonts w:ascii="Calibri" w:hAnsi="Calibri" w:cs="Calibri"/>
          <w:lang w:val="tr-TR" w:eastAsia="tr-TR"/>
        </w:rPr>
        <w:t>Firebase</w:t>
      </w:r>
      <w:proofErr w:type="spellEnd"/>
      <w:r w:rsidRPr="00710D8D">
        <w:rPr>
          <w:rFonts w:ascii="Calibri" w:hAnsi="Calibri" w:cs="Calibri"/>
          <w:lang w:val="tr-TR" w:eastAsia="tr-TR"/>
        </w:rPr>
        <w:br/>
      </w:r>
      <w:r w:rsidRPr="00710D8D">
        <w:rPr>
          <w:rFonts w:ascii="Calibri" w:hAnsi="Calibri" w:cs="Calibri"/>
          <w:b/>
          <w:bCs/>
          <w:lang w:val="tr-TR" w:eastAsia="tr-TR"/>
        </w:rPr>
        <w:t xml:space="preserve">R&amp;D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Project Development:</w:t>
      </w:r>
      <w:r w:rsidRPr="00710D8D">
        <w:rPr>
          <w:rFonts w:ascii="Calibri" w:hAnsi="Calibri" w:cs="Calibri"/>
          <w:lang w:val="tr-TR" w:eastAsia="tr-TR"/>
        </w:rPr>
        <w:t xml:space="preserve"> TÜBİTAK </w:t>
      </w:r>
      <w:proofErr w:type="spellStart"/>
      <w:r w:rsidRPr="00710D8D">
        <w:rPr>
          <w:rFonts w:ascii="Calibri" w:hAnsi="Calibri" w:cs="Calibri"/>
          <w:lang w:val="tr-TR" w:eastAsia="tr-TR"/>
        </w:rPr>
        <w:t>Projects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ERP </w:t>
      </w:r>
      <w:proofErr w:type="spellStart"/>
      <w:r w:rsidRPr="00710D8D">
        <w:rPr>
          <w:rFonts w:ascii="Calibri" w:hAnsi="Calibri" w:cs="Calibri"/>
          <w:lang w:val="tr-TR" w:eastAsia="tr-TR"/>
        </w:rPr>
        <w:t>Module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Development, UI/UX Design, </w:t>
      </w:r>
      <w:proofErr w:type="spellStart"/>
      <w:r w:rsidRPr="00710D8D">
        <w:rPr>
          <w:rFonts w:ascii="Calibri" w:hAnsi="Calibri" w:cs="Calibri"/>
          <w:lang w:val="tr-TR" w:eastAsia="tr-TR"/>
        </w:rPr>
        <w:t>Testing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&amp; </w:t>
      </w:r>
      <w:proofErr w:type="spellStart"/>
      <w:r w:rsidRPr="00710D8D">
        <w:rPr>
          <w:rFonts w:ascii="Calibri" w:hAnsi="Calibri" w:cs="Calibri"/>
          <w:lang w:val="tr-TR" w:eastAsia="tr-TR"/>
        </w:rPr>
        <w:t>Documentation</w:t>
      </w:r>
      <w:proofErr w:type="spellEnd"/>
      <w:r w:rsidRPr="00710D8D">
        <w:rPr>
          <w:rFonts w:ascii="Calibri" w:hAnsi="Calibri" w:cs="Calibri"/>
          <w:lang w:val="tr-TR" w:eastAsia="tr-TR"/>
        </w:rPr>
        <w:br/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Other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Technologies:</w:t>
      </w:r>
      <w:r w:rsidRPr="00710D8D">
        <w:rPr>
          <w:rFonts w:ascii="Calibri" w:hAnsi="Calibri" w:cs="Calibri"/>
          <w:lang w:val="tr-TR" w:eastAsia="tr-TR"/>
        </w:rPr>
        <w:t xml:space="preserve"> Git, </w:t>
      </w:r>
      <w:proofErr w:type="spellStart"/>
      <w:r w:rsidRPr="00710D8D">
        <w:rPr>
          <w:rFonts w:ascii="Calibri" w:hAnsi="Calibri" w:cs="Calibri"/>
          <w:lang w:val="tr-TR" w:eastAsia="tr-TR"/>
        </w:rPr>
        <w:t>GitHub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WordPress, Adobe Photoshop, Adobe </w:t>
      </w:r>
      <w:proofErr w:type="spellStart"/>
      <w:r w:rsidRPr="00710D8D">
        <w:rPr>
          <w:rFonts w:ascii="Calibri" w:hAnsi="Calibri" w:cs="Calibri"/>
          <w:lang w:val="tr-TR" w:eastAsia="tr-TR"/>
        </w:rPr>
        <w:t>Premiere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Pro</w:t>
      </w:r>
    </w:p>
    <w:p w14:paraId="0BB68DAA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PROFESSIONAL EXPERIENCE</w:t>
      </w:r>
    </w:p>
    <w:p w14:paraId="5179B627" w14:textId="0AD3B37A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Software Development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Specialist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|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Tekaydınlar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Otomotiv | Bursa, Türkiye | 01/2023 – 08/2025</w:t>
      </w:r>
    </w:p>
    <w:p w14:paraId="454DDCE5" w14:textId="77777777" w:rsidR="00710D8D" w:rsidRPr="00710D8D" w:rsidRDefault="00710D8D" w:rsidP="00453E51">
      <w:pPr>
        <w:pStyle w:val="ListeParagraf"/>
        <w:numPr>
          <w:ilvl w:val="0"/>
          <w:numId w:val="18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Software </w:t>
      </w:r>
      <w:proofErr w:type="spellStart"/>
      <w:r w:rsidRPr="00710D8D">
        <w:rPr>
          <w:rFonts w:ascii="Calibri" w:hAnsi="Calibri" w:cs="Calibri"/>
          <w:lang w:val="tr-TR" w:eastAsia="tr-TR"/>
        </w:rPr>
        <w:t>development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carried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out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within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TÜBİTAK-</w:t>
      </w:r>
      <w:proofErr w:type="spellStart"/>
      <w:r w:rsidRPr="00710D8D">
        <w:rPr>
          <w:rFonts w:ascii="Calibri" w:hAnsi="Calibri" w:cs="Calibri"/>
          <w:lang w:val="tr-TR" w:eastAsia="tr-TR"/>
        </w:rPr>
        <w:t>supported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projects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(</w:t>
      </w:r>
      <w:proofErr w:type="spellStart"/>
      <w:r w:rsidRPr="00710D8D">
        <w:rPr>
          <w:rFonts w:ascii="Calibri" w:hAnsi="Calibri" w:cs="Calibri"/>
          <w:lang w:val="tr-TR" w:eastAsia="tr-TR"/>
        </w:rPr>
        <w:t>voice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command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electric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vehicle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technologies</w:t>
      </w:r>
      <w:proofErr w:type="spellEnd"/>
      <w:r w:rsidRPr="00710D8D">
        <w:rPr>
          <w:rFonts w:ascii="Calibri" w:hAnsi="Calibri" w:cs="Calibri"/>
          <w:lang w:val="tr-TR" w:eastAsia="tr-TR"/>
        </w:rPr>
        <w:t>).</w:t>
      </w:r>
    </w:p>
    <w:p w14:paraId="57201827" w14:textId="77777777" w:rsidR="00710D8D" w:rsidRPr="00710D8D" w:rsidRDefault="00710D8D" w:rsidP="00453E51">
      <w:pPr>
        <w:pStyle w:val="ListeParagraf"/>
        <w:numPr>
          <w:ilvl w:val="0"/>
          <w:numId w:val="18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>SQL-</w:t>
      </w:r>
      <w:proofErr w:type="spellStart"/>
      <w:r w:rsidRPr="00710D8D">
        <w:rPr>
          <w:rFonts w:ascii="Calibri" w:hAnsi="Calibri" w:cs="Calibri"/>
          <w:lang w:val="tr-TR" w:eastAsia="tr-TR"/>
        </w:rPr>
        <w:t>based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ERP </w:t>
      </w:r>
      <w:proofErr w:type="spellStart"/>
      <w:r w:rsidRPr="00710D8D">
        <w:rPr>
          <w:rFonts w:ascii="Calibri" w:hAnsi="Calibri" w:cs="Calibri"/>
          <w:lang w:val="tr-TR" w:eastAsia="tr-TR"/>
        </w:rPr>
        <w:t>modules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developed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; </w:t>
      </w:r>
      <w:proofErr w:type="spellStart"/>
      <w:r w:rsidRPr="00710D8D">
        <w:rPr>
          <w:rFonts w:ascii="Calibri" w:hAnsi="Calibri" w:cs="Calibri"/>
          <w:lang w:val="tr-TR" w:eastAsia="tr-TR"/>
        </w:rPr>
        <w:t>error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analysis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improvements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performance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optimizations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completed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54B7DA4" w14:textId="77777777" w:rsidR="00710D8D" w:rsidRPr="00710D8D" w:rsidRDefault="00710D8D" w:rsidP="00453E51">
      <w:pPr>
        <w:pStyle w:val="ListeParagraf"/>
        <w:numPr>
          <w:ilvl w:val="0"/>
          <w:numId w:val="18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Internal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workflow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digitization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supported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by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developing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corporate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request-management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software.</w:t>
      </w:r>
    </w:p>
    <w:p w14:paraId="3C1FBE84" w14:textId="77777777" w:rsidR="00710D8D" w:rsidRPr="00710D8D" w:rsidRDefault="00710D8D" w:rsidP="00453E51">
      <w:pPr>
        <w:pStyle w:val="ListeParagraf"/>
        <w:numPr>
          <w:ilvl w:val="0"/>
          <w:numId w:val="18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Mobile </w:t>
      </w:r>
      <w:proofErr w:type="spellStart"/>
      <w:r w:rsidRPr="00710D8D">
        <w:rPr>
          <w:rFonts w:ascii="Calibri" w:hAnsi="Calibri" w:cs="Calibri"/>
          <w:lang w:val="tr-TR" w:eastAsia="tr-TR"/>
        </w:rPr>
        <w:t>application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prototypes</w:t>
      </w:r>
      <w:proofErr w:type="spellEnd"/>
      <w:r w:rsidRPr="00710D8D">
        <w:rPr>
          <w:rFonts w:ascii="Calibri" w:hAnsi="Calibri" w:cs="Calibri"/>
          <w:lang w:val="tr-TR" w:eastAsia="tr-TR"/>
        </w:rPr>
        <w:t>, data-</w:t>
      </w:r>
      <w:proofErr w:type="spellStart"/>
      <w:r w:rsidRPr="00710D8D">
        <w:rPr>
          <w:rFonts w:ascii="Calibri" w:hAnsi="Calibri" w:cs="Calibri"/>
          <w:lang w:val="tr-TR" w:eastAsia="tr-TR"/>
        </w:rPr>
        <w:t>processing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models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UI/UX </w:t>
      </w:r>
      <w:proofErr w:type="spellStart"/>
      <w:r w:rsidRPr="00710D8D">
        <w:rPr>
          <w:rFonts w:ascii="Calibri" w:hAnsi="Calibri" w:cs="Calibri"/>
          <w:lang w:val="tr-TR" w:eastAsia="tr-TR"/>
        </w:rPr>
        <w:t>components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implemented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28DCA1CD" w14:textId="77777777" w:rsidR="00710D8D" w:rsidRPr="00710D8D" w:rsidRDefault="00710D8D" w:rsidP="00453E51">
      <w:pPr>
        <w:pStyle w:val="ListeParagraf"/>
        <w:numPr>
          <w:ilvl w:val="0"/>
          <w:numId w:val="18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>AI-</w:t>
      </w:r>
      <w:proofErr w:type="spellStart"/>
      <w:r w:rsidRPr="00710D8D">
        <w:rPr>
          <w:rFonts w:ascii="Calibri" w:hAnsi="Calibri" w:cs="Calibri"/>
          <w:lang w:val="tr-TR" w:eastAsia="tr-TR"/>
        </w:rPr>
        <w:t>driven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automation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solutions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created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; </w:t>
      </w:r>
      <w:proofErr w:type="spellStart"/>
      <w:r w:rsidRPr="00710D8D">
        <w:rPr>
          <w:rFonts w:ascii="Calibri" w:hAnsi="Calibri" w:cs="Calibri"/>
          <w:lang w:val="tr-TR" w:eastAsia="tr-TR"/>
        </w:rPr>
        <w:t>internal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AI </w:t>
      </w:r>
      <w:proofErr w:type="spellStart"/>
      <w:r w:rsidRPr="00710D8D">
        <w:rPr>
          <w:rFonts w:ascii="Calibri" w:hAnsi="Calibri" w:cs="Calibri"/>
          <w:lang w:val="tr-TR" w:eastAsia="tr-TR"/>
        </w:rPr>
        <w:t>training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sessions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delivered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3337F2C4" w14:textId="77777777" w:rsidR="00710D8D" w:rsidRPr="00710D8D" w:rsidRDefault="00710D8D" w:rsidP="00453E51">
      <w:pPr>
        <w:pStyle w:val="ListeParagraf"/>
        <w:numPr>
          <w:ilvl w:val="0"/>
          <w:numId w:val="18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Project </w:t>
      </w:r>
      <w:proofErr w:type="spellStart"/>
      <w:r w:rsidRPr="00710D8D">
        <w:rPr>
          <w:rFonts w:ascii="Calibri" w:hAnsi="Calibri" w:cs="Calibri"/>
          <w:lang w:val="tr-TR" w:eastAsia="tr-TR"/>
        </w:rPr>
        <w:t>documentation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test </w:t>
      </w:r>
      <w:proofErr w:type="spellStart"/>
      <w:r w:rsidRPr="00710D8D">
        <w:rPr>
          <w:rFonts w:ascii="Calibri" w:hAnsi="Calibri" w:cs="Calibri"/>
          <w:lang w:val="tr-TR" w:eastAsia="tr-TR"/>
        </w:rPr>
        <w:t>scenarios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technical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reporting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completed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4E0B0A58" w14:textId="5DFBF9AC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IT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Specialist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|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Tekaydınlar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Otomotiv | Bursa, Türkiye | 01/2022 – 01/2023</w:t>
      </w:r>
    </w:p>
    <w:p w14:paraId="1898AAE9" w14:textId="77777777" w:rsidR="00710D8D" w:rsidRPr="00710D8D" w:rsidRDefault="00710D8D" w:rsidP="00453E51">
      <w:pPr>
        <w:pStyle w:val="ListeParagraf"/>
        <w:numPr>
          <w:ilvl w:val="0"/>
          <w:numId w:val="19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The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company's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infrastructure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established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managed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33E1776D" w14:textId="77777777" w:rsidR="00710D8D" w:rsidRPr="00710D8D" w:rsidRDefault="00710D8D" w:rsidP="00453E51">
      <w:pPr>
        <w:pStyle w:val="ListeParagraf"/>
        <w:numPr>
          <w:ilvl w:val="0"/>
          <w:numId w:val="19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Windows Server, Active Directory,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role/</w:t>
      </w:r>
      <w:proofErr w:type="spellStart"/>
      <w:r w:rsidRPr="00710D8D">
        <w:rPr>
          <w:rFonts w:ascii="Calibri" w:hAnsi="Calibri" w:cs="Calibri"/>
          <w:lang w:val="tr-TR" w:eastAsia="tr-TR"/>
        </w:rPr>
        <w:t>user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management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executed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BAF4EB6" w14:textId="77777777" w:rsidR="00710D8D" w:rsidRPr="00710D8D" w:rsidRDefault="00710D8D" w:rsidP="00453E51">
      <w:pPr>
        <w:pStyle w:val="ListeParagraf"/>
        <w:numPr>
          <w:ilvl w:val="0"/>
          <w:numId w:val="19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Security </w:t>
      </w:r>
      <w:proofErr w:type="spellStart"/>
      <w:r w:rsidRPr="00710D8D">
        <w:rPr>
          <w:rFonts w:ascii="Calibri" w:hAnsi="Calibri" w:cs="Calibri"/>
          <w:lang w:val="tr-TR" w:eastAsia="tr-TR"/>
        </w:rPr>
        <w:t>policies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firewall </w:t>
      </w:r>
      <w:proofErr w:type="spellStart"/>
      <w:r w:rsidRPr="00710D8D">
        <w:rPr>
          <w:rFonts w:ascii="Calibri" w:hAnsi="Calibri" w:cs="Calibri"/>
          <w:lang w:val="tr-TR" w:eastAsia="tr-TR"/>
        </w:rPr>
        <w:t>configurations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backup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mechanisms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maintained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3F6B8C36" w14:textId="77777777" w:rsidR="00710D8D" w:rsidRPr="00710D8D" w:rsidRDefault="00710D8D" w:rsidP="00453E51">
      <w:pPr>
        <w:pStyle w:val="ListeParagraf"/>
        <w:numPr>
          <w:ilvl w:val="0"/>
          <w:numId w:val="19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Hardware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software </w:t>
      </w:r>
      <w:proofErr w:type="spellStart"/>
      <w:r w:rsidRPr="00710D8D">
        <w:rPr>
          <w:rFonts w:ascii="Calibri" w:hAnsi="Calibri" w:cs="Calibri"/>
          <w:lang w:val="tr-TR" w:eastAsia="tr-TR"/>
        </w:rPr>
        <w:t>support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requests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resolved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ensuring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operational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continuity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1BEEC345" w14:textId="77777777" w:rsidR="00710D8D" w:rsidRPr="00710D8D" w:rsidRDefault="00710D8D" w:rsidP="00453E51">
      <w:pPr>
        <w:pStyle w:val="ListeParagraf"/>
        <w:numPr>
          <w:ilvl w:val="0"/>
          <w:numId w:val="19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System-related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risks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analyzed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data </w:t>
      </w:r>
      <w:proofErr w:type="spellStart"/>
      <w:r w:rsidRPr="00710D8D">
        <w:rPr>
          <w:rFonts w:ascii="Calibri" w:hAnsi="Calibri" w:cs="Calibri"/>
          <w:lang w:val="tr-TR" w:eastAsia="tr-TR"/>
        </w:rPr>
        <w:t>integrity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preserved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FE5FD9C" w14:textId="1B0FA533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Social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Media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Specialist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(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Freelance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) |01/2020 – 01/2022</w:t>
      </w:r>
    </w:p>
    <w:p w14:paraId="053F0B50" w14:textId="77777777" w:rsidR="00710D8D" w:rsidRPr="00710D8D" w:rsidRDefault="00710D8D" w:rsidP="00453E51">
      <w:pPr>
        <w:pStyle w:val="ListeParagraf"/>
        <w:numPr>
          <w:ilvl w:val="0"/>
          <w:numId w:val="20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Website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management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SEO </w:t>
      </w:r>
      <w:proofErr w:type="spellStart"/>
      <w:r w:rsidRPr="00710D8D">
        <w:rPr>
          <w:rFonts w:ascii="Calibri" w:hAnsi="Calibri" w:cs="Calibri"/>
          <w:lang w:val="tr-TR" w:eastAsia="tr-TR"/>
        </w:rPr>
        <w:t>activities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social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media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content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creation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digital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marketing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performed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5EA1B408" w14:textId="77777777" w:rsidR="00710D8D" w:rsidRPr="00710D8D" w:rsidRDefault="00710D8D" w:rsidP="00453E51">
      <w:pPr>
        <w:pStyle w:val="ListeParagraf"/>
        <w:numPr>
          <w:ilvl w:val="0"/>
          <w:numId w:val="20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Video </w:t>
      </w:r>
      <w:proofErr w:type="spellStart"/>
      <w:r w:rsidRPr="00710D8D">
        <w:rPr>
          <w:rFonts w:ascii="Calibri" w:hAnsi="Calibri" w:cs="Calibri"/>
          <w:lang w:val="tr-TR" w:eastAsia="tr-TR"/>
        </w:rPr>
        <w:t>editing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graphic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design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content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planning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executed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3D713AB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EDUCATION</w:t>
      </w:r>
    </w:p>
    <w:p w14:paraId="6D1A4589" w14:textId="77777777" w:rsidR="00710D8D" w:rsidRPr="00710D8D" w:rsidRDefault="00710D8D" w:rsidP="00453E51">
      <w:p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Manisa Celal Bayar </w:t>
      </w:r>
      <w:proofErr w:type="spellStart"/>
      <w:r w:rsidRPr="00710D8D">
        <w:rPr>
          <w:rFonts w:ascii="Calibri" w:hAnsi="Calibri" w:cs="Calibri"/>
          <w:lang w:val="tr-TR" w:eastAsia="tr-TR"/>
        </w:rPr>
        <w:t>University</w:t>
      </w:r>
      <w:proofErr w:type="spellEnd"/>
      <w:r w:rsidRPr="00710D8D">
        <w:rPr>
          <w:rFonts w:ascii="Calibri" w:hAnsi="Calibri" w:cs="Calibri"/>
          <w:lang w:val="tr-TR" w:eastAsia="tr-TR"/>
        </w:rPr>
        <w:br/>
      </w:r>
      <w:proofErr w:type="spellStart"/>
      <w:r w:rsidRPr="00710D8D">
        <w:rPr>
          <w:rFonts w:ascii="Calibri" w:hAnsi="Calibri" w:cs="Calibri"/>
          <w:lang w:val="tr-TR" w:eastAsia="tr-TR"/>
        </w:rPr>
        <w:t>Associate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Degree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– </w:t>
      </w:r>
      <w:proofErr w:type="spellStart"/>
      <w:r w:rsidRPr="00710D8D">
        <w:rPr>
          <w:rFonts w:ascii="Calibri" w:hAnsi="Calibri" w:cs="Calibri"/>
          <w:lang w:val="tr-TR" w:eastAsia="tr-TR"/>
        </w:rPr>
        <w:t>Computer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Programming | 09/2019 – 10/2021</w:t>
      </w:r>
    </w:p>
    <w:p w14:paraId="41EAC0D6" w14:textId="77777777" w:rsidR="00453E51" w:rsidRDefault="00453E51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</w:p>
    <w:p w14:paraId="75FEE809" w14:textId="65F4AD61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PROJECTS</w:t>
      </w:r>
    </w:p>
    <w:p w14:paraId="4F18A631" w14:textId="77777777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PasGeç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(Mobile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Taboo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Game) | 2025</w:t>
      </w:r>
    </w:p>
    <w:p w14:paraId="7FAC88A1" w14:textId="77777777" w:rsidR="00710D8D" w:rsidRPr="00710D8D" w:rsidRDefault="00710D8D" w:rsidP="00453E51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The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full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development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lifecycle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of an offline </w:t>
      </w:r>
      <w:proofErr w:type="spellStart"/>
      <w:r w:rsidRPr="00710D8D">
        <w:rPr>
          <w:rFonts w:ascii="Calibri" w:hAnsi="Calibri" w:cs="Calibri"/>
          <w:lang w:val="tr-TR" w:eastAsia="tr-TR"/>
        </w:rPr>
        <w:t>Flutter-based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word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game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carried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out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190278BC" w14:textId="77777777" w:rsidR="00710D8D" w:rsidRPr="00710D8D" w:rsidRDefault="00710D8D" w:rsidP="00453E51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SQLite-based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data </w:t>
      </w:r>
      <w:proofErr w:type="spellStart"/>
      <w:r w:rsidRPr="00710D8D">
        <w:rPr>
          <w:rFonts w:ascii="Calibri" w:hAnsi="Calibri" w:cs="Calibri"/>
          <w:lang w:val="tr-TR" w:eastAsia="tr-TR"/>
        </w:rPr>
        <w:t>architecture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designed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; </w:t>
      </w:r>
      <w:proofErr w:type="spellStart"/>
      <w:r w:rsidRPr="00710D8D">
        <w:rPr>
          <w:rFonts w:ascii="Calibri" w:hAnsi="Calibri" w:cs="Calibri"/>
          <w:lang w:val="tr-TR" w:eastAsia="tr-TR"/>
        </w:rPr>
        <w:t>game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logic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scoring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word-management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modules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implemented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EDE7BAC" w14:textId="77777777" w:rsidR="00710D8D" w:rsidRPr="00710D8D" w:rsidRDefault="00710D8D" w:rsidP="00453E51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UI/UX </w:t>
      </w:r>
      <w:proofErr w:type="spellStart"/>
      <w:r w:rsidRPr="00710D8D">
        <w:rPr>
          <w:rFonts w:ascii="Calibri" w:hAnsi="Calibri" w:cs="Calibri"/>
          <w:lang w:val="tr-TR" w:eastAsia="tr-TR"/>
        </w:rPr>
        <w:t>components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designed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with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a </w:t>
      </w:r>
      <w:proofErr w:type="spellStart"/>
      <w:r w:rsidRPr="00710D8D">
        <w:rPr>
          <w:rFonts w:ascii="Calibri" w:hAnsi="Calibri" w:cs="Calibri"/>
          <w:lang w:val="tr-TR" w:eastAsia="tr-TR"/>
        </w:rPr>
        <w:t>focus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on </w:t>
      </w:r>
      <w:proofErr w:type="spellStart"/>
      <w:r w:rsidRPr="00710D8D">
        <w:rPr>
          <w:rFonts w:ascii="Calibri" w:hAnsi="Calibri" w:cs="Calibri"/>
          <w:lang w:val="tr-TR" w:eastAsia="tr-TR"/>
        </w:rPr>
        <w:t>user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experience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optimized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accordingly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83B31E1" w14:textId="77777777" w:rsidR="00710D8D" w:rsidRPr="00710D8D" w:rsidRDefault="00710D8D" w:rsidP="00453E51">
      <w:pPr>
        <w:pStyle w:val="ListeParagraf"/>
        <w:numPr>
          <w:ilvl w:val="0"/>
          <w:numId w:val="21"/>
        </w:numPr>
        <w:spacing w:after="0"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Testing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debugging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performance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enhancement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Google Play </w:t>
      </w:r>
      <w:proofErr w:type="spellStart"/>
      <w:r w:rsidRPr="00710D8D">
        <w:rPr>
          <w:rFonts w:ascii="Calibri" w:hAnsi="Calibri" w:cs="Calibri"/>
          <w:lang w:val="tr-TR" w:eastAsia="tr-TR"/>
        </w:rPr>
        <w:t>release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completed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1F547A6" w14:textId="77777777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TÜBİTAK Voice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Command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Project | 2023 – 2024</w:t>
      </w:r>
    </w:p>
    <w:p w14:paraId="19CA8D04" w14:textId="77777777" w:rsidR="00710D8D" w:rsidRPr="00710D8D" w:rsidRDefault="00710D8D" w:rsidP="00453E51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Software </w:t>
      </w:r>
      <w:proofErr w:type="spellStart"/>
      <w:r w:rsidRPr="00710D8D">
        <w:rPr>
          <w:rFonts w:ascii="Calibri" w:hAnsi="Calibri" w:cs="Calibri"/>
          <w:lang w:val="tr-TR" w:eastAsia="tr-TR"/>
        </w:rPr>
        <w:t>development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tasks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executed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a </w:t>
      </w:r>
      <w:proofErr w:type="spellStart"/>
      <w:r w:rsidRPr="00710D8D">
        <w:rPr>
          <w:rFonts w:ascii="Calibri" w:hAnsi="Calibri" w:cs="Calibri"/>
          <w:lang w:val="tr-TR" w:eastAsia="tr-TR"/>
        </w:rPr>
        <w:t>voice-controlled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within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the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R&amp;D </w:t>
      </w:r>
      <w:proofErr w:type="spellStart"/>
      <w:r w:rsidRPr="00710D8D">
        <w:rPr>
          <w:rFonts w:ascii="Calibri" w:hAnsi="Calibri" w:cs="Calibri"/>
          <w:lang w:val="tr-TR" w:eastAsia="tr-TR"/>
        </w:rPr>
        <w:t>department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A90808A" w14:textId="77777777" w:rsidR="00710D8D" w:rsidRPr="00710D8D" w:rsidRDefault="00710D8D" w:rsidP="00453E51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User </w:t>
      </w:r>
      <w:proofErr w:type="spellStart"/>
      <w:r w:rsidRPr="00710D8D">
        <w:rPr>
          <w:rFonts w:ascii="Calibri" w:hAnsi="Calibri" w:cs="Calibri"/>
          <w:lang w:val="tr-TR" w:eastAsia="tr-TR"/>
        </w:rPr>
        <w:t>interface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(UI/UX)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designed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backend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modules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developed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command</w:t>
      </w:r>
      <w:proofErr w:type="spellEnd"/>
      <w:r w:rsidRPr="00710D8D">
        <w:rPr>
          <w:rFonts w:ascii="Calibri" w:hAnsi="Calibri" w:cs="Calibri"/>
          <w:lang w:val="tr-TR" w:eastAsia="tr-TR"/>
        </w:rPr>
        <w:t>–</w:t>
      </w:r>
      <w:proofErr w:type="spellStart"/>
      <w:r w:rsidRPr="00710D8D">
        <w:rPr>
          <w:rFonts w:ascii="Calibri" w:hAnsi="Calibri" w:cs="Calibri"/>
          <w:lang w:val="tr-TR" w:eastAsia="tr-TR"/>
        </w:rPr>
        <w:t>action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flows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structured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49FD671" w14:textId="77777777" w:rsidR="00710D8D" w:rsidRPr="00710D8D" w:rsidRDefault="00710D8D" w:rsidP="00453E51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>Data-</w:t>
      </w:r>
      <w:proofErr w:type="spellStart"/>
      <w:r w:rsidRPr="00710D8D">
        <w:rPr>
          <w:rFonts w:ascii="Calibri" w:hAnsi="Calibri" w:cs="Calibri"/>
          <w:lang w:val="tr-TR" w:eastAsia="tr-TR"/>
        </w:rPr>
        <w:t>processing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functions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command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verification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mechanisms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debugging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completed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2F2A29D" w14:textId="77777777" w:rsidR="00710D8D" w:rsidRPr="00710D8D" w:rsidRDefault="00710D8D" w:rsidP="00453E51">
      <w:pPr>
        <w:pStyle w:val="ListeParagraf"/>
        <w:numPr>
          <w:ilvl w:val="0"/>
          <w:numId w:val="22"/>
        </w:numPr>
        <w:spacing w:after="0"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Project </w:t>
      </w:r>
      <w:proofErr w:type="spellStart"/>
      <w:r w:rsidRPr="00710D8D">
        <w:rPr>
          <w:rFonts w:ascii="Calibri" w:hAnsi="Calibri" w:cs="Calibri"/>
          <w:lang w:val="tr-TR" w:eastAsia="tr-TR"/>
        </w:rPr>
        <w:t>documentation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test </w:t>
      </w:r>
      <w:proofErr w:type="spellStart"/>
      <w:r w:rsidRPr="00710D8D">
        <w:rPr>
          <w:rFonts w:ascii="Calibri" w:hAnsi="Calibri" w:cs="Calibri"/>
          <w:lang w:val="tr-TR" w:eastAsia="tr-TR"/>
        </w:rPr>
        <w:t>scenarios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functional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requirement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outputs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prepared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11553AA7" w14:textId="77777777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TÜBİTAK Smart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Range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Electric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Vehicle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Project | 2024 – 2025</w:t>
      </w:r>
    </w:p>
    <w:p w14:paraId="0DB7D570" w14:textId="77777777" w:rsidR="00710D8D" w:rsidRPr="00710D8D" w:rsidRDefault="00710D8D" w:rsidP="00453E51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Software </w:t>
      </w:r>
      <w:proofErr w:type="spellStart"/>
      <w:r w:rsidRPr="00710D8D">
        <w:rPr>
          <w:rFonts w:ascii="Calibri" w:hAnsi="Calibri" w:cs="Calibri"/>
          <w:lang w:val="tr-TR" w:eastAsia="tr-TR"/>
        </w:rPr>
        <w:t>components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of </w:t>
      </w:r>
      <w:proofErr w:type="spellStart"/>
      <w:r w:rsidRPr="00710D8D">
        <w:rPr>
          <w:rFonts w:ascii="Calibri" w:hAnsi="Calibri" w:cs="Calibri"/>
          <w:lang w:val="tr-TR" w:eastAsia="tr-TR"/>
        </w:rPr>
        <w:t>the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electric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vehicle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range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optimization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developed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083E913" w14:textId="77777777" w:rsidR="00710D8D" w:rsidRPr="00710D8D" w:rsidRDefault="00710D8D" w:rsidP="00453E51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Sensor data </w:t>
      </w:r>
      <w:proofErr w:type="spellStart"/>
      <w:r w:rsidRPr="00710D8D">
        <w:rPr>
          <w:rFonts w:ascii="Calibri" w:hAnsi="Calibri" w:cs="Calibri"/>
          <w:lang w:val="tr-TR" w:eastAsia="tr-TR"/>
        </w:rPr>
        <w:t>processing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range-prediction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support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functions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UI </w:t>
      </w:r>
      <w:proofErr w:type="spellStart"/>
      <w:r w:rsidRPr="00710D8D">
        <w:rPr>
          <w:rFonts w:ascii="Calibri" w:hAnsi="Calibri" w:cs="Calibri"/>
          <w:lang w:val="tr-TR" w:eastAsia="tr-TR"/>
        </w:rPr>
        <w:t>prototypes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implemented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3F91715E" w14:textId="77777777" w:rsidR="00710D8D" w:rsidRPr="00710D8D" w:rsidRDefault="00710D8D" w:rsidP="00453E51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Technical </w:t>
      </w:r>
      <w:proofErr w:type="spellStart"/>
      <w:r w:rsidRPr="00710D8D">
        <w:rPr>
          <w:rFonts w:ascii="Calibri" w:hAnsi="Calibri" w:cs="Calibri"/>
          <w:lang w:val="tr-TR" w:eastAsia="tr-TR"/>
        </w:rPr>
        <w:t>requirement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analysis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testing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error-handling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executed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49B6F977" w14:textId="77777777" w:rsidR="00710D8D" w:rsidRPr="00710D8D" w:rsidRDefault="00710D8D" w:rsidP="00453E51">
      <w:pPr>
        <w:pStyle w:val="ListeParagraf"/>
        <w:numPr>
          <w:ilvl w:val="0"/>
          <w:numId w:val="23"/>
        </w:numPr>
        <w:spacing w:after="0"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R&amp;D </w:t>
      </w:r>
      <w:proofErr w:type="spellStart"/>
      <w:r w:rsidRPr="00710D8D">
        <w:rPr>
          <w:rFonts w:ascii="Calibri" w:hAnsi="Calibri" w:cs="Calibri"/>
          <w:lang w:val="tr-TR" w:eastAsia="tr-TR"/>
        </w:rPr>
        <w:t>reporting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application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outputs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software </w:t>
      </w:r>
      <w:proofErr w:type="spellStart"/>
      <w:r w:rsidRPr="00710D8D">
        <w:rPr>
          <w:rFonts w:ascii="Calibri" w:hAnsi="Calibri" w:cs="Calibri"/>
          <w:lang w:val="tr-TR" w:eastAsia="tr-TR"/>
        </w:rPr>
        <w:t>documentation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completed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B8D2DAA" w14:textId="77777777" w:rsidR="00710D8D" w:rsidRPr="00710D8D" w:rsidRDefault="00710D8D" w:rsidP="00453E51">
      <w:pPr>
        <w:spacing w:after="0" w:line="240" w:lineRule="auto"/>
        <w:rPr>
          <w:rFonts w:ascii="Calibri" w:hAnsi="Calibri" w:cs="Calibri"/>
          <w:b/>
          <w:bCs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ERP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Module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Development –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Tekpolymer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| 2023 – 2024</w:t>
      </w:r>
    </w:p>
    <w:p w14:paraId="421D87A8" w14:textId="7D66D792" w:rsidR="00710D8D" w:rsidRPr="00710D8D" w:rsidRDefault="00710D8D" w:rsidP="00453E51">
      <w:pPr>
        <w:pStyle w:val="ListeParagraf"/>
        <w:numPr>
          <w:ilvl w:val="0"/>
          <w:numId w:val="24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ERP </w:t>
      </w:r>
      <w:proofErr w:type="spellStart"/>
      <w:r w:rsidRPr="00710D8D">
        <w:rPr>
          <w:rFonts w:ascii="Calibri" w:hAnsi="Calibri" w:cs="Calibri"/>
          <w:lang w:val="tr-TR" w:eastAsia="tr-TR"/>
        </w:rPr>
        <w:t>developments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carried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out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production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planning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cost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calculation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customer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management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modules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1EA1B04" w14:textId="77777777" w:rsidR="00710D8D" w:rsidRPr="00710D8D" w:rsidRDefault="00710D8D" w:rsidP="00453E51">
      <w:pPr>
        <w:pStyle w:val="ListeParagraf"/>
        <w:numPr>
          <w:ilvl w:val="0"/>
          <w:numId w:val="24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>SQL-</w:t>
      </w:r>
      <w:proofErr w:type="spellStart"/>
      <w:r w:rsidRPr="00710D8D">
        <w:rPr>
          <w:rFonts w:ascii="Calibri" w:hAnsi="Calibri" w:cs="Calibri"/>
          <w:lang w:val="tr-TR" w:eastAsia="tr-TR"/>
        </w:rPr>
        <w:t>based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data </w:t>
      </w:r>
      <w:proofErr w:type="spellStart"/>
      <w:r w:rsidRPr="00710D8D">
        <w:rPr>
          <w:rFonts w:ascii="Calibri" w:hAnsi="Calibri" w:cs="Calibri"/>
          <w:lang w:val="tr-TR" w:eastAsia="tr-TR"/>
        </w:rPr>
        <w:t>structures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designed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customized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according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to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user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requirements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0D1B19E9" w14:textId="77777777" w:rsidR="00710D8D" w:rsidRPr="00710D8D" w:rsidRDefault="00710D8D" w:rsidP="00453E51">
      <w:pPr>
        <w:pStyle w:val="ListeParagraf"/>
        <w:numPr>
          <w:ilvl w:val="0"/>
          <w:numId w:val="24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Workflow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analysis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conducted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automation-driven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process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improvements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implemented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3BDAEA0" w14:textId="77777777" w:rsidR="00710D8D" w:rsidRPr="00710D8D" w:rsidRDefault="00710D8D" w:rsidP="00453E51">
      <w:pPr>
        <w:pStyle w:val="ListeParagraf"/>
        <w:numPr>
          <w:ilvl w:val="0"/>
          <w:numId w:val="24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Error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detection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optimization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sustainability-focused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enhancements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performed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1D165E10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CERTIFICATIONS</w:t>
      </w:r>
    </w:p>
    <w:p w14:paraId="07098C22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CCNA – Cisco </w:t>
      </w:r>
      <w:proofErr w:type="spellStart"/>
      <w:r w:rsidRPr="00710D8D">
        <w:rPr>
          <w:rFonts w:ascii="Calibri" w:hAnsi="Calibri" w:cs="Calibri"/>
          <w:lang w:val="tr-TR" w:eastAsia="tr-TR"/>
        </w:rPr>
        <w:t>Certified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 </w:t>
      </w:r>
      <w:proofErr w:type="spellStart"/>
      <w:r w:rsidRPr="00710D8D">
        <w:rPr>
          <w:rFonts w:ascii="Calibri" w:hAnsi="Calibri" w:cs="Calibri"/>
          <w:lang w:val="tr-TR" w:eastAsia="tr-TR"/>
        </w:rPr>
        <w:t>Associate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</w:t>
      </w:r>
      <w:proofErr w:type="spellStart"/>
      <w:r w:rsidRPr="00710D8D">
        <w:rPr>
          <w:rFonts w:ascii="Calibri" w:hAnsi="Calibri" w:cs="Calibri"/>
          <w:lang w:val="tr-TR" w:eastAsia="tr-TR"/>
        </w:rPr>
        <w:t>DataHouse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02/2024</w:t>
      </w:r>
    </w:p>
    <w:p w14:paraId="61318397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VMware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vSphere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ICM v8 | </w:t>
      </w:r>
      <w:proofErr w:type="spellStart"/>
      <w:r w:rsidRPr="00710D8D">
        <w:rPr>
          <w:rFonts w:ascii="Calibri" w:hAnsi="Calibri" w:cs="Calibri"/>
          <w:lang w:val="tr-TR" w:eastAsia="tr-TR"/>
        </w:rPr>
        <w:t>DataHouse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02/2024</w:t>
      </w:r>
    </w:p>
    <w:p w14:paraId="5FED7FA0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Veeam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Backup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&amp; Replication v12 | </w:t>
      </w:r>
      <w:proofErr w:type="spellStart"/>
      <w:r w:rsidRPr="00710D8D">
        <w:rPr>
          <w:rFonts w:ascii="Calibri" w:hAnsi="Calibri" w:cs="Calibri"/>
          <w:lang w:val="tr-TR" w:eastAsia="tr-TR"/>
        </w:rPr>
        <w:t>DataHouse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02/2024</w:t>
      </w:r>
    </w:p>
    <w:p w14:paraId="5DCC56B2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Microsoft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Expertise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</w:t>
      </w:r>
      <w:proofErr w:type="spellStart"/>
      <w:r w:rsidRPr="00710D8D">
        <w:rPr>
          <w:rFonts w:ascii="Calibri" w:hAnsi="Calibri" w:cs="Calibri"/>
          <w:lang w:val="tr-TR" w:eastAsia="tr-TR"/>
        </w:rPr>
        <w:t>DataHouse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02/2024</w:t>
      </w:r>
    </w:p>
    <w:p w14:paraId="7993407E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ISO 26262 </w:t>
      </w:r>
      <w:proofErr w:type="spellStart"/>
      <w:r w:rsidRPr="00710D8D">
        <w:rPr>
          <w:rFonts w:ascii="Calibri" w:hAnsi="Calibri" w:cs="Calibri"/>
          <w:lang w:val="tr-TR" w:eastAsia="tr-TR"/>
        </w:rPr>
        <w:t>Functional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Safety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</w:t>
      </w:r>
      <w:proofErr w:type="spellStart"/>
      <w:r w:rsidRPr="00710D8D">
        <w:rPr>
          <w:rFonts w:ascii="Calibri" w:hAnsi="Calibri" w:cs="Calibri"/>
          <w:lang w:val="tr-TR" w:eastAsia="tr-TR"/>
        </w:rPr>
        <w:t>Optival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09/2023</w:t>
      </w:r>
    </w:p>
    <w:p w14:paraId="3568DCBC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>Advanced Network Technologies | BTK Academy | 04/2023</w:t>
      </w:r>
    </w:p>
    <w:p w14:paraId="2002AB3C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lang w:val="tr-TR" w:eastAsia="tr-TR"/>
        </w:rPr>
        <w:t>Fundamental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 Technologies | BTK Academy | 09/2022</w:t>
      </w:r>
    </w:p>
    <w:p w14:paraId="3DFE762B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CCNA Routing &amp; </w:t>
      </w:r>
      <w:proofErr w:type="spellStart"/>
      <w:r w:rsidRPr="00710D8D">
        <w:rPr>
          <w:rFonts w:ascii="Calibri" w:hAnsi="Calibri" w:cs="Calibri"/>
          <w:lang w:val="tr-TR" w:eastAsia="tr-TR"/>
        </w:rPr>
        <w:t>Switching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– </w:t>
      </w:r>
      <w:proofErr w:type="spellStart"/>
      <w:r w:rsidRPr="00710D8D">
        <w:rPr>
          <w:rFonts w:ascii="Calibri" w:hAnsi="Calibri" w:cs="Calibri"/>
          <w:lang w:val="tr-TR" w:eastAsia="tr-TR"/>
        </w:rPr>
        <w:t>Introduction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to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Networks | Cisco | 08/2017</w:t>
      </w:r>
    </w:p>
    <w:p w14:paraId="1E55D91E" w14:textId="77777777" w:rsid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CCNA Routing &amp; </w:t>
      </w:r>
      <w:proofErr w:type="spellStart"/>
      <w:r w:rsidRPr="00710D8D">
        <w:rPr>
          <w:rFonts w:ascii="Calibri" w:hAnsi="Calibri" w:cs="Calibri"/>
          <w:lang w:val="tr-TR" w:eastAsia="tr-TR"/>
        </w:rPr>
        <w:t>Switching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– Basic </w:t>
      </w:r>
      <w:proofErr w:type="spellStart"/>
      <w:r w:rsidRPr="00710D8D">
        <w:rPr>
          <w:rFonts w:ascii="Calibri" w:hAnsi="Calibri" w:cs="Calibri"/>
          <w:lang w:val="tr-TR" w:eastAsia="tr-TR"/>
        </w:rPr>
        <w:t>Concepts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| Cisco | 10/2017</w:t>
      </w:r>
    </w:p>
    <w:p w14:paraId="7E234248" w14:textId="61B2AAF8" w:rsidR="00710D8D" w:rsidRPr="00710D8D" w:rsidRDefault="00710D8D" w:rsidP="00453E51">
      <w:pPr>
        <w:pStyle w:val="ListeParagraf"/>
        <w:numPr>
          <w:ilvl w:val="0"/>
          <w:numId w:val="25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lang w:val="tr-TR" w:eastAsia="tr-TR"/>
        </w:rPr>
        <w:t xml:space="preserve">CCNA Routing &amp; </w:t>
      </w:r>
      <w:proofErr w:type="spellStart"/>
      <w:r w:rsidRPr="00710D8D">
        <w:rPr>
          <w:rFonts w:ascii="Calibri" w:hAnsi="Calibri" w:cs="Calibri"/>
          <w:lang w:val="tr-TR" w:eastAsia="tr-TR"/>
        </w:rPr>
        <w:t>Switching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– </w:t>
      </w:r>
      <w:proofErr w:type="spellStart"/>
      <w:r w:rsidRPr="00710D8D">
        <w:rPr>
          <w:rFonts w:ascii="Calibri" w:hAnsi="Calibri" w:cs="Calibri"/>
          <w:lang w:val="tr-TR" w:eastAsia="tr-TR"/>
        </w:rPr>
        <w:t>Scaling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Networks | Cisco | 03/2018</w:t>
      </w:r>
    </w:p>
    <w:p w14:paraId="4A716BC0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TECHNICAL SKILLS</w:t>
      </w:r>
    </w:p>
    <w:p w14:paraId="3BC3FE4F" w14:textId="77777777" w:rsidR="00710D8D" w:rsidRDefault="00710D8D" w:rsidP="00453E51">
      <w:pPr>
        <w:pStyle w:val="ListeParagraf"/>
        <w:numPr>
          <w:ilvl w:val="0"/>
          <w:numId w:val="26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>Network Technologies:</w:t>
      </w:r>
      <w:r w:rsidRPr="00710D8D">
        <w:rPr>
          <w:rFonts w:ascii="Calibri" w:hAnsi="Calibri" w:cs="Calibri"/>
          <w:lang w:val="tr-TR" w:eastAsia="tr-TR"/>
        </w:rPr>
        <w:t xml:space="preserve"> Routing, </w:t>
      </w:r>
      <w:proofErr w:type="spellStart"/>
      <w:r w:rsidRPr="00710D8D">
        <w:rPr>
          <w:rFonts w:ascii="Calibri" w:hAnsi="Calibri" w:cs="Calibri"/>
          <w:lang w:val="tr-TR" w:eastAsia="tr-TR"/>
        </w:rPr>
        <w:t>Switching</w:t>
      </w:r>
      <w:proofErr w:type="spellEnd"/>
      <w:r w:rsidRPr="00710D8D">
        <w:rPr>
          <w:rFonts w:ascii="Calibri" w:hAnsi="Calibri" w:cs="Calibri"/>
          <w:lang w:val="tr-TR" w:eastAsia="tr-TR"/>
        </w:rPr>
        <w:t>, TCP/IP, VLAN, VPN, DHCP, DNS, NAT, Firewall Management</w:t>
      </w:r>
    </w:p>
    <w:p w14:paraId="04534962" w14:textId="77777777" w:rsidR="00710D8D" w:rsidRDefault="00710D8D" w:rsidP="00453E51">
      <w:pPr>
        <w:pStyle w:val="ListeParagraf"/>
        <w:numPr>
          <w:ilvl w:val="0"/>
          <w:numId w:val="26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Administration:</w:t>
      </w:r>
      <w:r w:rsidRPr="00710D8D">
        <w:rPr>
          <w:rFonts w:ascii="Calibri" w:hAnsi="Calibri" w:cs="Calibri"/>
          <w:lang w:val="tr-TR" w:eastAsia="tr-TR"/>
        </w:rPr>
        <w:t xml:space="preserve"> Windows Server, Active Directory, </w:t>
      </w:r>
      <w:proofErr w:type="spellStart"/>
      <w:r w:rsidRPr="00710D8D">
        <w:rPr>
          <w:rFonts w:ascii="Calibri" w:hAnsi="Calibri" w:cs="Calibri"/>
          <w:lang w:val="tr-TR" w:eastAsia="tr-TR"/>
        </w:rPr>
        <w:t>Group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Policies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Backup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Structures</w:t>
      </w:r>
      <w:proofErr w:type="spellEnd"/>
    </w:p>
    <w:p w14:paraId="67FE9C51" w14:textId="77777777" w:rsidR="00710D8D" w:rsidRDefault="00710D8D" w:rsidP="00453E51">
      <w:pPr>
        <w:pStyle w:val="ListeParagraf"/>
        <w:numPr>
          <w:ilvl w:val="0"/>
          <w:numId w:val="26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>Security:</w:t>
      </w:r>
      <w:r w:rsidRPr="00710D8D">
        <w:rPr>
          <w:rFonts w:ascii="Calibri" w:hAnsi="Calibri" w:cs="Calibri"/>
          <w:lang w:val="tr-TR" w:eastAsia="tr-TR"/>
        </w:rPr>
        <w:t xml:space="preserve"> Network Security,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Security, Log Analysis, Access Management</w:t>
      </w:r>
    </w:p>
    <w:p w14:paraId="3D3924E5" w14:textId="77777777" w:rsidR="00710D8D" w:rsidRDefault="00710D8D" w:rsidP="00453E51">
      <w:pPr>
        <w:pStyle w:val="ListeParagraf"/>
        <w:numPr>
          <w:ilvl w:val="0"/>
          <w:numId w:val="26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>Software: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Flutter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Dart, Python, SQL, </w:t>
      </w:r>
      <w:proofErr w:type="spellStart"/>
      <w:r w:rsidRPr="00710D8D">
        <w:rPr>
          <w:rFonts w:ascii="Calibri" w:hAnsi="Calibri" w:cs="Calibri"/>
          <w:lang w:val="tr-TR" w:eastAsia="tr-TR"/>
        </w:rPr>
        <w:t>SQLite</w:t>
      </w:r>
      <w:proofErr w:type="spellEnd"/>
      <w:r w:rsidRPr="00710D8D">
        <w:rPr>
          <w:rFonts w:ascii="Calibri" w:hAnsi="Calibri" w:cs="Calibri"/>
          <w:lang w:val="tr-TR" w:eastAsia="tr-TR"/>
        </w:rPr>
        <w:t>, API Development</w:t>
      </w:r>
    </w:p>
    <w:p w14:paraId="4B6D813D" w14:textId="77777777" w:rsidR="00710D8D" w:rsidRDefault="00710D8D" w:rsidP="00453E51">
      <w:pPr>
        <w:pStyle w:val="ListeParagraf"/>
        <w:numPr>
          <w:ilvl w:val="0"/>
          <w:numId w:val="26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>Tools: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VMware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Veeam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Git, </w:t>
      </w:r>
      <w:proofErr w:type="spellStart"/>
      <w:r w:rsidRPr="00710D8D">
        <w:rPr>
          <w:rFonts w:ascii="Calibri" w:hAnsi="Calibri" w:cs="Calibri"/>
          <w:lang w:val="tr-TR" w:eastAsia="tr-TR"/>
        </w:rPr>
        <w:t>GitHub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Firebase</w:t>
      </w:r>
      <w:proofErr w:type="spellEnd"/>
    </w:p>
    <w:p w14:paraId="7C3F8FE5" w14:textId="1AF53135" w:rsidR="00710D8D" w:rsidRPr="00710D8D" w:rsidRDefault="00710D8D" w:rsidP="00453E51">
      <w:pPr>
        <w:pStyle w:val="ListeParagraf"/>
        <w:numPr>
          <w:ilvl w:val="0"/>
          <w:numId w:val="26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Other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UI/UX Design, WordPress, Adobe Photoshop, Video Editing</w:t>
      </w:r>
    </w:p>
    <w:p w14:paraId="2B56F941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PERSONAL COMPETENCIES &amp; WORK APPROACH</w:t>
      </w:r>
    </w:p>
    <w:p w14:paraId="42A4EB42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Analytical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Thinking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Systematic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analysis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resolution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of </w:t>
      </w:r>
      <w:proofErr w:type="spellStart"/>
      <w:r w:rsidRPr="00710D8D">
        <w:rPr>
          <w:rFonts w:ascii="Calibri" w:hAnsi="Calibri" w:cs="Calibri"/>
          <w:lang w:val="tr-TR" w:eastAsia="tr-TR"/>
        </w:rPr>
        <w:t>technical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problems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performed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4BE2291A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Adaptability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&amp; Learning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Agility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New </w:t>
      </w:r>
      <w:proofErr w:type="spellStart"/>
      <w:r w:rsidRPr="00710D8D">
        <w:rPr>
          <w:rFonts w:ascii="Calibri" w:hAnsi="Calibri" w:cs="Calibri"/>
          <w:lang w:val="tr-TR" w:eastAsia="tr-TR"/>
        </w:rPr>
        <w:t>technologies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adopted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quickly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effectively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3E4FBA63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Process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Orientation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Workflows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analyzed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automation-focused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improvements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implemented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13AE500B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Responsibility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Project </w:t>
      </w:r>
      <w:proofErr w:type="spellStart"/>
      <w:r w:rsidRPr="00710D8D">
        <w:rPr>
          <w:rFonts w:ascii="Calibri" w:hAnsi="Calibri" w:cs="Calibri"/>
          <w:lang w:val="tr-TR" w:eastAsia="tr-TR"/>
        </w:rPr>
        <w:t>requirements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fulfilled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accurately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on time.</w:t>
      </w:r>
    </w:p>
    <w:p w14:paraId="214174F0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>Team Collaboration: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Effective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cooperation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maintained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with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multidisciplinary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teams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672FE4D7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Communication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Technical </w:t>
      </w:r>
      <w:proofErr w:type="spellStart"/>
      <w:r w:rsidRPr="00710D8D">
        <w:rPr>
          <w:rFonts w:ascii="Calibri" w:hAnsi="Calibri" w:cs="Calibri"/>
          <w:lang w:val="tr-TR" w:eastAsia="tr-TR"/>
        </w:rPr>
        <w:t>information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was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conveyed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clearly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professionally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336AFB26" w14:textId="77777777" w:rsidR="00710D8D" w:rsidRPr="00710D8D" w:rsidRDefault="00710D8D" w:rsidP="00453E51">
      <w:pPr>
        <w:pStyle w:val="ListeParagraf"/>
        <w:numPr>
          <w:ilvl w:val="0"/>
          <w:numId w:val="27"/>
        </w:numPr>
        <w:spacing w:line="240" w:lineRule="auto"/>
        <w:rPr>
          <w:rFonts w:ascii="Calibri" w:hAnsi="Calibri" w:cs="Calibri"/>
          <w:lang w:val="tr-TR" w:eastAsia="tr-TR"/>
        </w:rPr>
      </w:pPr>
      <w:r w:rsidRPr="00710D8D">
        <w:rPr>
          <w:rFonts w:ascii="Calibri" w:hAnsi="Calibri" w:cs="Calibri"/>
          <w:b/>
          <w:bCs/>
          <w:lang w:val="tr-TR" w:eastAsia="tr-TR"/>
        </w:rPr>
        <w:t xml:space="preserve">Security </w:t>
      </w: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Awareness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Data </w:t>
      </w:r>
      <w:proofErr w:type="spellStart"/>
      <w:r w:rsidRPr="00710D8D">
        <w:rPr>
          <w:rFonts w:ascii="Calibri" w:hAnsi="Calibri" w:cs="Calibri"/>
          <w:lang w:val="tr-TR" w:eastAsia="tr-TR"/>
        </w:rPr>
        <w:t>privacy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access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control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, </w:t>
      </w:r>
      <w:proofErr w:type="spellStart"/>
      <w:r w:rsidRPr="00710D8D">
        <w:rPr>
          <w:rFonts w:ascii="Calibri" w:hAnsi="Calibri" w:cs="Calibri"/>
          <w:lang w:val="tr-TR" w:eastAsia="tr-TR"/>
        </w:rPr>
        <w:t>and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system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integrity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were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consistently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maintained</w:t>
      </w:r>
      <w:proofErr w:type="spellEnd"/>
      <w:r w:rsidRPr="00710D8D">
        <w:rPr>
          <w:rFonts w:ascii="Calibri" w:hAnsi="Calibri" w:cs="Calibri"/>
          <w:lang w:val="tr-TR" w:eastAsia="tr-TR"/>
        </w:rPr>
        <w:t>.</w:t>
      </w:r>
    </w:p>
    <w:p w14:paraId="51EBD0F0" w14:textId="77777777" w:rsidR="00710D8D" w:rsidRPr="00710D8D" w:rsidRDefault="00710D8D" w:rsidP="00453E51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10D8D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lastRenderedPageBreak/>
        <w:t>LANGUAGES</w:t>
      </w:r>
    </w:p>
    <w:p w14:paraId="5EBB72B5" w14:textId="77777777" w:rsidR="00710D8D" w:rsidRPr="00710D8D" w:rsidRDefault="00710D8D" w:rsidP="00453E51">
      <w:pPr>
        <w:spacing w:line="240" w:lineRule="auto"/>
        <w:rPr>
          <w:rFonts w:ascii="Calibri" w:hAnsi="Calibri" w:cs="Calibri"/>
          <w:lang w:val="tr-TR" w:eastAsia="tr-TR"/>
        </w:rPr>
      </w:pPr>
      <w:proofErr w:type="spellStart"/>
      <w:r w:rsidRPr="00710D8D">
        <w:rPr>
          <w:rFonts w:ascii="Calibri" w:hAnsi="Calibri" w:cs="Calibri"/>
          <w:b/>
          <w:bCs/>
          <w:lang w:val="tr-TR" w:eastAsia="tr-TR"/>
        </w:rPr>
        <w:t>Turkish</w:t>
      </w:r>
      <w:proofErr w:type="spellEnd"/>
      <w:r w:rsidRPr="00710D8D">
        <w:rPr>
          <w:rFonts w:ascii="Calibri" w:hAnsi="Calibri" w:cs="Calibri"/>
          <w:b/>
          <w:bCs/>
          <w:lang w:val="tr-TR" w:eastAsia="tr-TR"/>
        </w:rPr>
        <w:t>:</w:t>
      </w:r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Native</w:t>
      </w:r>
      <w:proofErr w:type="spellEnd"/>
      <w:r w:rsidRPr="00710D8D">
        <w:rPr>
          <w:rFonts w:ascii="Calibri" w:hAnsi="Calibri" w:cs="Calibri"/>
          <w:lang w:val="tr-TR" w:eastAsia="tr-TR"/>
        </w:rPr>
        <w:br/>
        <w:t>English: Basic (</w:t>
      </w:r>
      <w:proofErr w:type="spellStart"/>
      <w:r w:rsidRPr="00710D8D">
        <w:rPr>
          <w:rFonts w:ascii="Calibri" w:hAnsi="Calibri" w:cs="Calibri"/>
          <w:lang w:val="tr-TR" w:eastAsia="tr-TR"/>
        </w:rPr>
        <w:t>actively</w:t>
      </w:r>
      <w:proofErr w:type="spellEnd"/>
      <w:r w:rsidRPr="00710D8D">
        <w:rPr>
          <w:rFonts w:ascii="Calibri" w:hAnsi="Calibri" w:cs="Calibri"/>
          <w:lang w:val="tr-TR" w:eastAsia="tr-TR"/>
        </w:rPr>
        <w:t xml:space="preserve"> </w:t>
      </w:r>
      <w:proofErr w:type="spellStart"/>
      <w:r w:rsidRPr="00710D8D">
        <w:rPr>
          <w:rFonts w:ascii="Calibri" w:hAnsi="Calibri" w:cs="Calibri"/>
          <w:lang w:val="tr-TR" w:eastAsia="tr-TR"/>
        </w:rPr>
        <w:t>improving</w:t>
      </w:r>
      <w:proofErr w:type="spellEnd"/>
      <w:r w:rsidRPr="00710D8D">
        <w:rPr>
          <w:rFonts w:ascii="Calibri" w:hAnsi="Calibri" w:cs="Calibri"/>
          <w:lang w:val="tr-TR" w:eastAsia="tr-TR"/>
        </w:rPr>
        <w:t>)</w:t>
      </w:r>
    </w:p>
    <w:sectPr w:rsidR="00710D8D" w:rsidRPr="00710D8D" w:rsidSect="00D90EB4">
      <w:pgSz w:w="12240" w:h="15840"/>
      <w:pgMar w:top="113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37025C"/>
    <w:multiLevelType w:val="hybridMultilevel"/>
    <w:tmpl w:val="82DCAE0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FB5609"/>
    <w:multiLevelType w:val="multilevel"/>
    <w:tmpl w:val="A486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F445B5"/>
    <w:multiLevelType w:val="hybridMultilevel"/>
    <w:tmpl w:val="FEF6BD8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006DA6"/>
    <w:multiLevelType w:val="multilevel"/>
    <w:tmpl w:val="8D06B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957983"/>
    <w:multiLevelType w:val="hybridMultilevel"/>
    <w:tmpl w:val="B7744D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EB18E5"/>
    <w:multiLevelType w:val="hybridMultilevel"/>
    <w:tmpl w:val="5CCC64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4E2081"/>
    <w:multiLevelType w:val="multilevel"/>
    <w:tmpl w:val="6A2C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202CCB"/>
    <w:multiLevelType w:val="hybridMultilevel"/>
    <w:tmpl w:val="5B9A85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301762"/>
    <w:multiLevelType w:val="multilevel"/>
    <w:tmpl w:val="71E6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632AB1"/>
    <w:multiLevelType w:val="multilevel"/>
    <w:tmpl w:val="E994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C43440"/>
    <w:multiLevelType w:val="hybridMultilevel"/>
    <w:tmpl w:val="612427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51379A"/>
    <w:multiLevelType w:val="hybridMultilevel"/>
    <w:tmpl w:val="94E80E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275864"/>
    <w:multiLevelType w:val="hybridMultilevel"/>
    <w:tmpl w:val="6EDE9A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CB5E07"/>
    <w:multiLevelType w:val="hybridMultilevel"/>
    <w:tmpl w:val="1360A3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F000BB"/>
    <w:multiLevelType w:val="multilevel"/>
    <w:tmpl w:val="4610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EB5034"/>
    <w:multiLevelType w:val="multilevel"/>
    <w:tmpl w:val="6152E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737915"/>
    <w:multiLevelType w:val="hybridMultilevel"/>
    <w:tmpl w:val="F6B0739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260134"/>
    <w:multiLevelType w:val="multilevel"/>
    <w:tmpl w:val="B540D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1749747">
    <w:abstractNumId w:val="8"/>
  </w:num>
  <w:num w:numId="2" w16cid:durableId="315913028">
    <w:abstractNumId w:val="6"/>
  </w:num>
  <w:num w:numId="3" w16cid:durableId="12264529">
    <w:abstractNumId w:val="5"/>
  </w:num>
  <w:num w:numId="4" w16cid:durableId="471605463">
    <w:abstractNumId w:val="4"/>
  </w:num>
  <w:num w:numId="5" w16cid:durableId="1692796343">
    <w:abstractNumId w:val="7"/>
  </w:num>
  <w:num w:numId="6" w16cid:durableId="1808862931">
    <w:abstractNumId w:val="3"/>
  </w:num>
  <w:num w:numId="7" w16cid:durableId="1453091764">
    <w:abstractNumId w:val="2"/>
  </w:num>
  <w:num w:numId="8" w16cid:durableId="736784800">
    <w:abstractNumId w:val="1"/>
  </w:num>
  <w:num w:numId="9" w16cid:durableId="410128796">
    <w:abstractNumId w:val="0"/>
  </w:num>
  <w:num w:numId="10" w16cid:durableId="725222386">
    <w:abstractNumId w:val="18"/>
  </w:num>
  <w:num w:numId="11" w16cid:durableId="2125809338">
    <w:abstractNumId w:val="26"/>
  </w:num>
  <w:num w:numId="12" w16cid:durableId="641495707">
    <w:abstractNumId w:val="12"/>
  </w:num>
  <w:num w:numId="13" w16cid:durableId="1112942922">
    <w:abstractNumId w:val="23"/>
  </w:num>
  <w:num w:numId="14" w16cid:durableId="1547448100">
    <w:abstractNumId w:val="15"/>
  </w:num>
  <w:num w:numId="15" w16cid:durableId="609623458">
    <w:abstractNumId w:val="17"/>
  </w:num>
  <w:num w:numId="16" w16cid:durableId="1382292347">
    <w:abstractNumId w:val="10"/>
  </w:num>
  <w:num w:numId="17" w16cid:durableId="679047796">
    <w:abstractNumId w:val="24"/>
  </w:num>
  <w:num w:numId="18" w16cid:durableId="428428217">
    <w:abstractNumId w:val="14"/>
  </w:num>
  <w:num w:numId="19" w16cid:durableId="300044044">
    <w:abstractNumId w:val="16"/>
  </w:num>
  <w:num w:numId="20" w16cid:durableId="1303079792">
    <w:abstractNumId w:val="25"/>
  </w:num>
  <w:num w:numId="21" w16cid:durableId="717315898">
    <w:abstractNumId w:val="11"/>
  </w:num>
  <w:num w:numId="22" w16cid:durableId="1552383490">
    <w:abstractNumId w:val="20"/>
  </w:num>
  <w:num w:numId="23" w16cid:durableId="1821265889">
    <w:abstractNumId w:val="13"/>
  </w:num>
  <w:num w:numId="24" w16cid:durableId="1970086105">
    <w:abstractNumId w:val="21"/>
  </w:num>
  <w:num w:numId="25" w16cid:durableId="155731594">
    <w:abstractNumId w:val="22"/>
  </w:num>
  <w:num w:numId="26" w16cid:durableId="1653095262">
    <w:abstractNumId w:val="19"/>
  </w:num>
  <w:num w:numId="27" w16cid:durableId="7315399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47185"/>
    <w:rsid w:val="00453E51"/>
    <w:rsid w:val="0053359F"/>
    <w:rsid w:val="006A68A8"/>
    <w:rsid w:val="00710D8D"/>
    <w:rsid w:val="00722470"/>
    <w:rsid w:val="00830924"/>
    <w:rsid w:val="0093528B"/>
    <w:rsid w:val="009614F2"/>
    <w:rsid w:val="00A4544F"/>
    <w:rsid w:val="00AA1D8D"/>
    <w:rsid w:val="00AF4B5D"/>
    <w:rsid w:val="00B47730"/>
    <w:rsid w:val="00CB0664"/>
    <w:rsid w:val="00D90EB4"/>
    <w:rsid w:val="00D9113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D06E5F"/>
  <w14:defaultImageDpi w14:val="300"/>
  <w15:docId w15:val="{25E1FA3F-DE6D-4543-BE6D-29E9B50B1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Kpr">
    <w:name w:val="Hyperlink"/>
    <w:basedOn w:val="VarsaylanParagrafYazTipi"/>
    <w:uiPriority w:val="99"/>
    <w:unhideWhenUsed/>
    <w:rsid w:val="009352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emrearinc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inkedin.com/in/emrearinc?lipi=urn%3Ali%3Apage%3Ad_flagship3_profile_view_base_contact_details%3Bjcw2UlsjQ%2F2HLETq2bEF1g%3D%3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1120</Words>
  <Characters>6388</Characters>
  <Application>Microsoft Office Word</Application>
  <DocSecurity>0</DocSecurity>
  <Lines>53</Lines>
  <Paragraphs>14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Sena Salar</cp:lastModifiedBy>
  <cp:revision>6</cp:revision>
  <cp:lastPrinted>2025-11-25T08:28:00Z</cp:lastPrinted>
  <dcterms:created xsi:type="dcterms:W3CDTF">2025-11-25T08:27:00Z</dcterms:created>
  <dcterms:modified xsi:type="dcterms:W3CDTF">2026-01-02T06:11:00Z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731b15d9-cd8b-46c3-91ef-98ce1b15334e</vt:lpwstr>
  </property>
</Properties>
</file>